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7B2B" w14:textId="77777777" w:rsidR="00526319" w:rsidRDefault="00E34A40">
      <w:pPr>
        <w:jc w:val="center"/>
      </w:pPr>
      <w:r>
        <w:rPr>
          <w:noProof/>
        </w:rPr>
        <w:drawing>
          <wp:inline distT="0" distB="0" distL="0" distR="0" wp14:anchorId="6DD10AE2" wp14:editId="079B63C3">
            <wp:extent cx="1874519" cy="1625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1"/>
                    <a:stretch>
                      <a:fillRect/>
                    </a:stretch>
                  </pic:blipFill>
                  <pic:spPr>
                    <a:xfrm>
                      <a:off x="0" y="0"/>
                      <a:ext cx="1874519" cy="1625768"/>
                    </a:xfrm>
                    <a:prstGeom prst="rect">
                      <a:avLst/>
                    </a:prstGeom>
                  </pic:spPr>
                </pic:pic>
              </a:graphicData>
            </a:graphic>
          </wp:inline>
        </w:drawing>
      </w:r>
    </w:p>
    <w:p w14:paraId="4E7C015A" w14:textId="77777777" w:rsidR="00526319" w:rsidRDefault="00E34A40">
      <w:pPr>
        <w:spacing w:after="40"/>
        <w:jc w:val="center"/>
      </w:pPr>
      <w:r>
        <w:rPr>
          <w:b/>
          <w:sz w:val="44"/>
        </w:rPr>
        <w:t>Borrower Application</w:t>
      </w:r>
    </w:p>
    <w:p w14:paraId="064CC6A5" w14:textId="77777777" w:rsidR="00526319" w:rsidRDefault="00526319">
      <w:pPr>
        <w:spacing w:after="40"/>
        <w:jc w:val="center"/>
      </w:pPr>
    </w:p>
    <w:tbl>
      <w:tblPr>
        <w:tblW w:w="0" w:type="auto"/>
        <w:jc w:val="center"/>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Layout w:type="fixed"/>
        <w:tblLook w:val="04A0" w:firstRow="1" w:lastRow="0" w:firstColumn="1" w:lastColumn="0" w:noHBand="0" w:noVBand="1"/>
      </w:tblPr>
      <w:tblGrid>
        <w:gridCol w:w="5184"/>
        <w:gridCol w:w="5184"/>
      </w:tblGrid>
      <w:tr w:rsidR="00526319" w14:paraId="60F4228F" w14:textId="77777777">
        <w:trPr>
          <w:jc w:val="center"/>
        </w:trPr>
        <w:tc>
          <w:tcPr>
            <w:tcW w:w="10368" w:type="dxa"/>
            <w:gridSpan w:val="2"/>
            <w:shd w:val="clear" w:color="auto" w:fill="EAF8FB"/>
            <w:tcMar>
              <w:top w:w="80" w:type="dxa"/>
              <w:left w:w="110" w:type="dxa"/>
              <w:bottom w:w="80" w:type="dxa"/>
              <w:right w:w="110" w:type="dxa"/>
            </w:tcMar>
            <w:vAlign w:val="center"/>
          </w:tcPr>
          <w:p w14:paraId="4A6D5F77" w14:textId="77777777" w:rsidR="00526319" w:rsidRDefault="00E34A40">
            <w:pPr>
              <w:spacing w:after="0" w:line="252" w:lineRule="auto"/>
            </w:pPr>
            <w:r>
              <w:rPr>
                <w:b/>
                <w:color w:val="0093B0"/>
                <w:sz w:val="22"/>
              </w:rPr>
              <w:t>Start here</w:t>
            </w:r>
            <w:r>
              <w:rPr>
                <w:b/>
                <w:color w:val="0093B0"/>
                <w:sz w:val="22"/>
              </w:rPr>
              <w:br/>
            </w:r>
            <w:r>
              <w:t>• Please provide what you have today. If you do not have formal financial statements, you may provide other records such as bank statements, sales logs, invoices, fish tickets, contracts, or handwritten records.</w:t>
            </w:r>
            <w:r>
              <w:br/>
              <w:t>• PNTL may request additional information later depending on the type of loan requested.</w:t>
            </w:r>
            <w:r>
              <w:br/>
              <w:t>• If you want help completing this application, please tell us below.</w:t>
            </w:r>
            <w:r>
              <w:br/>
            </w:r>
          </w:p>
        </w:tc>
      </w:tr>
      <w:tr w:rsidR="00526319" w14:paraId="74316BFA" w14:textId="77777777">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rPr>
          <w:jc w:val="center"/>
        </w:trPr>
        <w:tc>
          <w:tcPr>
            <w:tcW w:w="5184" w:type="dxa"/>
            <w:shd w:val="clear" w:color="auto" w:fill="FBF4E1"/>
            <w:tcMar>
              <w:top w:w="80" w:type="dxa"/>
              <w:left w:w="110" w:type="dxa"/>
              <w:bottom w:w="80" w:type="dxa"/>
              <w:right w:w="110" w:type="dxa"/>
            </w:tcMar>
            <w:vAlign w:val="center"/>
          </w:tcPr>
          <w:p w14:paraId="10DEA8FC" w14:textId="179D9133" w:rsidR="00526319" w:rsidRPr="00C50282" w:rsidRDefault="00E34A40">
            <w:pPr>
              <w:rPr>
                <w:color w:val="EE0000"/>
              </w:rPr>
            </w:pPr>
            <w:r>
              <w:t>Application type</w:t>
            </w:r>
            <w:r w:rsidR="007744F4">
              <w:t xml:space="preserve">                                                                         </w:t>
            </w:r>
            <w:r w:rsidR="00C50282">
              <w:t xml:space="preserve">   </w:t>
            </w:r>
            <w:proofErr w:type="gramStart"/>
            <w:r w:rsidR="00EE5177" w:rsidRPr="00C50282">
              <w:rPr>
                <w:b/>
                <w:bCs/>
                <w:color w:val="EE0000"/>
              </w:rPr>
              <w:t>Small</w:t>
            </w:r>
            <w:proofErr w:type="gramEnd"/>
            <w:r w:rsidR="00EE5177" w:rsidRPr="00C50282">
              <w:rPr>
                <w:b/>
                <w:bCs/>
                <w:color w:val="EE0000"/>
              </w:rPr>
              <w:t xml:space="preserve"> dollar </w:t>
            </w:r>
            <w:r w:rsidR="007B4B3C" w:rsidRPr="00C50282">
              <w:rPr>
                <w:b/>
                <w:bCs/>
                <w:color w:val="EE0000"/>
              </w:rPr>
              <w:t>&amp;</w:t>
            </w:r>
            <w:r w:rsidR="00EE5177" w:rsidRPr="00C50282">
              <w:rPr>
                <w:b/>
                <w:bCs/>
                <w:color w:val="EE0000"/>
              </w:rPr>
              <w:t xml:space="preserve"> Credit builder</w:t>
            </w:r>
            <w:r w:rsidR="00A5699A" w:rsidRPr="00C50282">
              <w:rPr>
                <w:b/>
                <w:bCs/>
                <w:color w:val="EE0000"/>
              </w:rPr>
              <w:t xml:space="preserve"> app</w:t>
            </w:r>
            <w:r w:rsidR="007B4B3C" w:rsidRPr="00C50282">
              <w:rPr>
                <w:b/>
                <w:bCs/>
                <w:color w:val="EE0000"/>
              </w:rPr>
              <w:t>licants</w:t>
            </w:r>
            <w:r w:rsidR="00205858" w:rsidRPr="00C50282">
              <w:rPr>
                <w:b/>
                <w:bCs/>
                <w:color w:val="EE0000"/>
              </w:rPr>
              <w:t xml:space="preserve"> -</w:t>
            </w:r>
            <w:r w:rsidR="00A5699A" w:rsidRPr="00C50282">
              <w:rPr>
                <w:b/>
                <w:bCs/>
                <w:color w:val="EE0000"/>
              </w:rPr>
              <w:t xml:space="preserve"> </w:t>
            </w:r>
            <w:r w:rsidR="00EE5177" w:rsidRPr="00C50282">
              <w:rPr>
                <w:b/>
                <w:bCs/>
                <w:color w:val="EE0000"/>
              </w:rPr>
              <w:t xml:space="preserve">skip sections 5, 6, 8, </w:t>
            </w:r>
            <w:r w:rsidR="00A5699A" w:rsidRPr="00C50282">
              <w:rPr>
                <w:b/>
                <w:bCs/>
                <w:color w:val="EE0000"/>
              </w:rPr>
              <w:t xml:space="preserve">&amp; </w:t>
            </w:r>
            <w:r w:rsidR="00EE5177" w:rsidRPr="00C50282">
              <w:rPr>
                <w:b/>
                <w:bCs/>
                <w:color w:val="EE0000"/>
              </w:rPr>
              <w:t>9</w:t>
            </w:r>
          </w:p>
        </w:tc>
        <w:tc>
          <w:tcPr>
            <w:tcW w:w="5184" w:type="dxa"/>
            <w:tcMar>
              <w:top w:w="80" w:type="dxa"/>
              <w:left w:w="110" w:type="dxa"/>
              <w:bottom w:w="80" w:type="dxa"/>
              <w:right w:w="110" w:type="dxa"/>
            </w:tcMar>
            <w:vAlign w:val="center"/>
          </w:tcPr>
          <w:p w14:paraId="490587A4" w14:textId="77777777" w:rsidR="00526319" w:rsidRDefault="00E34A40">
            <w:r>
              <w:t>☐ Small dollar    ☐ Credit builder    ☐ Business loan    ☐ Not sure / need help deciding</w:t>
            </w:r>
          </w:p>
        </w:tc>
      </w:tr>
      <w:tr w:rsidR="00526319" w14:paraId="61ED2C07" w14:textId="77777777">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rPr>
          <w:jc w:val="center"/>
        </w:trPr>
        <w:tc>
          <w:tcPr>
            <w:tcW w:w="5184" w:type="dxa"/>
            <w:shd w:val="clear" w:color="auto" w:fill="FBF4E1"/>
            <w:tcMar>
              <w:top w:w="80" w:type="dxa"/>
              <w:left w:w="110" w:type="dxa"/>
              <w:bottom w:w="80" w:type="dxa"/>
              <w:right w:w="110" w:type="dxa"/>
            </w:tcMar>
            <w:vAlign w:val="center"/>
          </w:tcPr>
          <w:p w14:paraId="27084803" w14:textId="77777777" w:rsidR="00526319" w:rsidRDefault="00E34A40">
            <w:r>
              <w:t>Requested amount</w:t>
            </w:r>
          </w:p>
        </w:tc>
        <w:tc>
          <w:tcPr>
            <w:tcW w:w="5184" w:type="dxa"/>
            <w:tcMar>
              <w:top w:w="80" w:type="dxa"/>
              <w:left w:w="110" w:type="dxa"/>
              <w:bottom w:w="80" w:type="dxa"/>
              <w:right w:w="110" w:type="dxa"/>
            </w:tcMar>
            <w:vAlign w:val="center"/>
          </w:tcPr>
          <w:p w14:paraId="03BF6E0A" w14:textId="77777777" w:rsidR="00526319" w:rsidRDefault="00E34A40">
            <w:r>
              <w:t>_____________________________________________________</w:t>
            </w:r>
          </w:p>
        </w:tc>
      </w:tr>
      <w:tr w:rsidR="00526319" w14:paraId="3AA1210E" w14:textId="77777777">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rPr>
          <w:jc w:val="center"/>
        </w:trPr>
        <w:tc>
          <w:tcPr>
            <w:tcW w:w="5184" w:type="dxa"/>
            <w:shd w:val="clear" w:color="auto" w:fill="FBF4E1"/>
            <w:tcMar>
              <w:top w:w="80" w:type="dxa"/>
              <w:left w:w="110" w:type="dxa"/>
              <w:bottom w:w="80" w:type="dxa"/>
              <w:right w:w="110" w:type="dxa"/>
            </w:tcMar>
            <w:vAlign w:val="center"/>
          </w:tcPr>
          <w:p w14:paraId="62BF03CC" w14:textId="77777777" w:rsidR="00526319" w:rsidRDefault="00E34A40">
            <w:r>
              <w:t>Purpose</w:t>
            </w:r>
          </w:p>
        </w:tc>
        <w:tc>
          <w:tcPr>
            <w:tcW w:w="5184" w:type="dxa"/>
            <w:tcMar>
              <w:top w:w="80" w:type="dxa"/>
              <w:left w:w="110" w:type="dxa"/>
              <w:bottom w:w="80" w:type="dxa"/>
              <w:right w:w="110" w:type="dxa"/>
            </w:tcMar>
            <w:vAlign w:val="center"/>
          </w:tcPr>
          <w:p w14:paraId="5501A198" w14:textId="77777777" w:rsidR="00526319" w:rsidRDefault="00E34A40">
            <w:r>
              <w:t>_____________________________________________________</w:t>
            </w:r>
          </w:p>
        </w:tc>
      </w:tr>
      <w:tr w:rsidR="00526319" w14:paraId="59181201" w14:textId="77777777">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rPr>
          <w:jc w:val="center"/>
        </w:trPr>
        <w:tc>
          <w:tcPr>
            <w:tcW w:w="5184" w:type="dxa"/>
            <w:shd w:val="clear" w:color="auto" w:fill="FBF4E1"/>
            <w:tcMar>
              <w:top w:w="80" w:type="dxa"/>
              <w:left w:w="110" w:type="dxa"/>
              <w:bottom w:w="80" w:type="dxa"/>
              <w:right w:w="110" w:type="dxa"/>
            </w:tcMar>
            <w:vAlign w:val="center"/>
          </w:tcPr>
          <w:p w14:paraId="527DF1F2" w14:textId="77777777" w:rsidR="00526319" w:rsidRDefault="00E34A40">
            <w:r>
              <w:t>Best contact method</w:t>
            </w:r>
          </w:p>
        </w:tc>
        <w:tc>
          <w:tcPr>
            <w:tcW w:w="5184" w:type="dxa"/>
            <w:tcMar>
              <w:top w:w="80" w:type="dxa"/>
              <w:left w:w="110" w:type="dxa"/>
              <w:bottom w:w="80" w:type="dxa"/>
              <w:right w:w="110" w:type="dxa"/>
            </w:tcMar>
            <w:vAlign w:val="center"/>
          </w:tcPr>
          <w:p w14:paraId="44B7C547" w14:textId="77777777" w:rsidR="00526319" w:rsidRDefault="00E34A40">
            <w:r>
              <w:t>☐ Phone    ☐ Text    ☐ Email      Best time to reach you: ________________________</w:t>
            </w:r>
          </w:p>
        </w:tc>
      </w:tr>
      <w:tr w:rsidR="00526319" w14:paraId="1B042DE4" w14:textId="77777777">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rPr>
          <w:jc w:val="center"/>
        </w:trPr>
        <w:tc>
          <w:tcPr>
            <w:tcW w:w="5184" w:type="dxa"/>
            <w:shd w:val="clear" w:color="auto" w:fill="FBF4E1"/>
            <w:tcMar>
              <w:top w:w="80" w:type="dxa"/>
              <w:left w:w="110" w:type="dxa"/>
              <w:bottom w:w="80" w:type="dxa"/>
              <w:right w:w="110" w:type="dxa"/>
            </w:tcMar>
            <w:vAlign w:val="center"/>
          </w:tcPr>
          <w:p w14:paraId="0B7788B5" w14:textId="77777777" w:rsidR="00526319" w:rsidRDefault="00E34A40">
            <w:r>
              <w:t>Would you like help completing any part of this application?</w:t>
            </w:r>
          </w:p>
        </w:tc>
        <w:tc>
          <w:tcPr>
            <w:tcW w:w="5184" w:type="dxa"/>
            <w:tcMar>
              <w:top w:w="80" w:type="dxa"/>
              <w:left w:w="110" w:type="dxa"/>
              <w:bottom w:w="80" w:type="dxa"/>
              <w:right w:w="110" w:type="dxa"/>
            </w:tcMar>
            <w:vAlign w:val="center"/>
          </w:tcPr>
          <w:p w14:paraId="03C44127" w14:textId="77777777" w:rsidR="00526319" w:rsidRDefault="00E34A40">
            <w:r>
              <w:t>☐ Yes    ☐ No      If yes, preferred support: ___________________________________</w:t>
            </w:r>
          </w:p>
        </w:tc>
      </w:tr>
    </w:tbl>
    <w:p w14:paraId="0A614A90" w14:textId="77777777" w:rsidR="0028126C" w:rsidRDefault="0028126C">
      <w:pPr>
        <w:spacing w:after="80"/>
        <w:rPr>
          <w:b/>
          <w:sz w:val="22"/>
        </w:rPr>
      </w:pPr>
    </w:p>
    <w:p w14:paraId="51763BC5" w14:textId="77777777" w:rsidR="00526319" w:rsidRDefault="00E34A40">
      <w:pPr>
        <w:spacing w:after="80"/>
      </w:pPr>
      <w:r>
        <w:rPr>
          <w:b/>
          <w:sz w:val="22"/>
        </w:rPr>
        <w:t>What to provide with this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4"/>
        <w:gridCol w:w="5184"/>
      </w:tblGrid>
      <w:tr w:rsidR="00291D55" w14:paraId="3F2B0D36" w14:textId="77777777" w:rsidTr="008D1B5C">
        <w:trPr>
          <w:jc w:val="center"/>
        </w:trPr>
        <w:tc>
          <w:tcPr>
            <w:tcW w:w="5184" w:type="dxa"/>
            <w:shd w:val="clear" w:color="auto" w:fill="0093B0"/>
            <w:tcMar>
              <w:top w:w="90" w:type="dxa"/>
              <w:left w:w="120" w:type="dxa"/>
              <w:bottom w:w="90" w:type="dxa"/>
              <w:right w:w="120" w:type="dxa"/>
            </w:tcMar>
            <w:vAlign w:val="center"/>
          </w:tcPr>
          <w:p w14:paraId="3FDFDD04" w14:textId="77777777" w:rsidR="00291D55" w:rsidRDefault="00504918">
            <w:pPr>
              <w:spacing w:after="0" w:line="240" w:lineRule="auto"/>
            </w:pPr>
            <w:r w:rsidRPr="00DA15B0">
              <w:rPr>
                <w:b/>
                <w:color w:val="FFFFFF" w:themeColor="background1"/>
              </w:rPr>
              <w:t>Needed now</w:t>
            </w:r>
          </w:p>
        </w:tc>
        <w:tc>
          <w:tcPr>
            <w:tcW w:w="5184" w:type="dxa"/>
            <w:shd w:val="clear" w:color="auto" w:fill="0093B0"/>
            <w:tcMar>
              <w:top w:w="90" w:type="dxa"/>
              <w:left w:w="120" w:type="dxa"/>
              <w:bottom w:w="90" w:type="dxa"/>
              <w:right w:w="120" w:type="dxa"/>
            </w:tcMar>
            <w:vAlign w:val="center"/>
          </w:tcPr>
          <w:p w14:paraId="0A2EC43D" w14:textId="77777777" w:rsidR="00291D55" w:rsidRDefault="00504918">
            <w:pPr>
              <w:spacing w:after="0" w:line="240" w:lineRule="auto"/>
            </w:pPr>
            <w:r w:rsidRPr="00DA15B0">
              <w:rPr>
                <w:b/>
                <w:color w:val="FFFFFF" w:themeColor="background1"/>
              </w:rPr>
              <w:t>Needed later</w:t>
            </w:r>
          </w:p>
        </w:tc>
      </w:tr>
      <w:tr w:rsidR="00291D55" w14:paraId="33B76231" w14:textId="77777777" w:rsidTr="008D1B5C">
        <w:trPr>
          <w:jc w:val="center"/>
        </w:trPr>
        <w:tc>
          <w:tcPr>
            <w:tcW w:w="5184" w:type="dxa"/>
            <w:tcMar>
              <w:top w:w="90" w:type="dxa"/>
              <w:left w:w="120" w:type="dxa"/>
              <w:bottom w:w="90" w:type="dxa"/>
              <w:right w:w="120" w:type="dxa"/>
            </w:tcMar>
            <w:vAlign w:val="center"/>
          </w:tcPr>
          <w:p w14:paraId="71A69B2B" w14:textId="77777777" w:rsidR="00291D55" w:rsidRDefault="00504918" w:rsidP="008D1B5C">
            <w:pPr>
              <w:spacing w:after="0" w:line="240" w:lineRule="auto"/>
            </w:pPr>
            <w:r>
              <w:t>Completed application</w:t>
            </w:r>
            <w:r>
              <w:br/>
              <w:t>Government ID</w:t>
            </w:r>
            <w:r>
              <w:br/>
              <w:t>Credit authorization</w:t>
            </w:r>
            <w:r>
              <w:br/>
              <w:t>Income records</w:t>
            </w:r>
            <w:r>
              <w:br/>
              <w:t>Installment loans and/or credit card balances</w:t>
            </w:r>
          </w:p>
        </w:tc>
        <w:tc>
          <w:tcPr>
            <w:tcW w:w="5184" w:type="dxa"/>
            <w:tcMar>
              <w:top w:w="90" w:type="dxa"/>
              <w:left w:w="120" w:type="dxa"/>
              <w:bottom w:w="90" w:type="dxa"/>
              <w:right w:w="120" w:type="dxa"/>
            </w:tcMar>
            <w:vAlign w:val="center"/>
          </w:tcPr>
          <w:p w14:paraId="7C135365" w14:textId="77777777" w:rsidR="008D1B5C" w:rsidRDefault="00504918">
            <w:pPr>
              <w:spacing w:after="0" w:line="240" w:lineRule="auto"/>
            </w:pPr>
            <w:r>
              <w:t>Bank statements</w:t>
            </w:r>
            <w:r>
              <w:br/>
              <w:t>Tax returns</w:t>
            </w:r>
            <w:r>
              <w:br/>
              <w:t>Sales records / contracts / fish tickets</w:t>
            </w:r>
            <w:r>
              <w:br/>
            </w:r>
            <w:r w:rsidR="008D1B5C">
              <w:t>Quotes or invoices</w:t>
            </w:r>
            <w:r w:rsidR="008D1B5C">
              <w:br/>
              <w:t xml:space="preserve">Business license or entity documents </w:t>
            </w:r>
          </w:p>
          <w:p w14:paraId="1F9BB68F" w14:textId="7332B9EB" w:rsidR="00291D55" w:rsidRDefault="008D1B5C">
            <w:pPr>
              <w:spacing w:after="0" w:line="240" w:lineRule="auto"/>
            </w:pPr>
            <w:r>
              <w:t>S</w:t>
            </w:r>
            <w:r w:rsidR="00504918">
              <w:t>urveys</w:t>
            </w:r>
            <w:r>
              <w:t xml:space="preserve"> or appraisal</w:t>
            </w:r>
            <w:r w:rsidR="00504918">
              <w:br/>
              <w:t>Asset list</w:t>
            </w:r>
            <w:r w:rsidR="00504918">
              <w:br/>
              <w:t>Insurance documentation</w:t>
            </w:r>
            <w:r w:rsidR="00504918">
              <w:br/>
              <w:t xml:space="preserve">Detailed collateral </w:t>
            </w:r>
            <w:r>
              <w:t xml:space="preserve">information </w:t>
            </w:r>
            <w:r w:rsidR="00504918">
              <w:t>or registration</w:t>
            </w:r>
          </w:p>
        </w:tc>
      </w:tr>
    </w:tbl>
    <w:p w14:paraId="260D7861" w14:textId="77777777" w:rsidR="008D1B5C" w:rsidRDefault="008D1B5C">
      <w:pPr>
        <w:spacing w:after="40"/>
        <w:rPr>
          <w:b/>
          <w:sz w:val="22"/>
        </w:rPr>
      </w:pPr>
    </w:p>
    <w:p w14:paraId="5CD7B758" w14:textId="77777777" w:rsidR="008D1B5C" w:rsidRDefault="008D1B5C">
      <w:pPr>
        <w:spacing w:after="40"/>
        <w:rPr>
          <w:b/>
          <w:sz w:val="22"/>
        </w:rPr>
      </w:pPr>
    </w:p>
    <w:p w14:paraId="1D3ECE44" w14:textId="6DCFED83" w:rsidR="00526319" w:rsidRDefault="00E34A40">
      <w:pPr>
        <w:spacing w:after="40"/>
      </w:pPr>
      <w:r>
        <w:rPr>
          <w:b/>
          <w:sz w:val="22"/>
        </w:rPr>
        <w:lastRenderedPageBreak/>
        <w:t>Sections included in this application</w:t>
      </w:r>
    </w:p>
    <w:tbl>
      <w:tblPr>
        <w:tblW w:w="0" w:type="auto"/>
        <w:tblBorders>
          <w:top w:val="single" w:sz="8" w:space="0" w:color="B8CAD1"/>
          <w:left w:val="single" w:sz="8" w:space="0" w:color="B8CAD1"/>
          <w:bottom w:val="single" w:sz="8" w:space="0" w:color="B8CAD1"/>
          <w:right w:val="single" w:sz="8" w:space="0" w:color="B8CAD1"/>
          <w:insideH w:val="single" w:sz="8" w:space="0" w:color="B8CAD1"/>
          <w:insideV w:val="single" w:sz="8" w:space="0" w:color="B8CAD1"/>
        </w:tblBorders>
        <w:tblLayout w:type="fixed"/>
        <w:tblLook w:val="04A0" w:firstRow="1" w:lastRow="0" w:firstColumn="1" w:lastColumn="0" w:noHBand="0" w:noVBand="1"/>
      </w:tblPr>
      <w:tblGrid>
        <w:gridCol w:w="2880"/>
        <w:gridCol w:w="2880"/>
        <w:gridCol w:w="2880"/>
      </w:tblGrid>
      <w:tr w:rsidR="00526319" w14:paraId="5304FD81" w14:textId="77777777" w:rsidTr="008D1B5C">
        <w:tc>
          <w:tcPr>
            <w:tcW w:w="2880" w:type="dxa"/>
            <w:shd w:val="clear" w:color="auto" w:fill="F8F1D8"/>
            <w:tcMar>
              <w:top w:w="90" w:type="dxa"/>
              <w:left w:w="120" w:type="dxa"/>
              <w:bottom w:w="90" w:type="dxa"/>
              <w:right w:w="120" w:type="dxa"/>
            </w:tcMar>
            <w:vAlign w:val="center"/>
          </w:tcPr>
          <w:p w14:paraId="0D7BBFBA" w14:textId="77777777" w:rsidR="00526319" w:rsidRDefault="00E34A40">
            <w:pPr>
              <w:spacing w:after="0" w:line="252" w:lineRule="auto"/>
            </w:pPr>
            <w:r>
              <w:rPr>
                <w:b/>
                <w:sz w:val="22"/>
              </w:rPr>
              <w:t>Part One</w:t>
            </w:r>
          </w:p>
        </w:tc>
        <w:tc>
          <w:tcPr>
            <w:tcW w:w="2880" w:type="dxa"/>
            <w:shd w:val="clear" w:color="auto" w:fill="F8F1D8"/>
            <w:tcMar>
              <w:top w:w="90" w:type="dxa"/>
              <w:left w:w="120" w:type="dxa"/>
              <w:bottom w:w="90" w:type="dxa"/>
              <w:right w:w="120" w:type="dxa"/>
            </w:tcMar>
            <w:vAlign w:val="center"/>
          </w:tcPr>
          <w:p w14:paraId="5F76FED0" w14:textId="77777777" w:rsidR="00526319" w:rsidRDefault="00E34A40">
            <w:pPr>
              <w:spacing w:after="0" w:line="252" w:lineRule="auto"/>
            </w:pPr>
            <w:r>
              <w:rPr>
                <w:b/>
                <w:sz w:val="22"/>
              </w:rPr>
              <w:t>Part Two</w:t>
            </w:r>
          </w:p>
        </w:tc>
        <w:tc>
          <w:tcPr>
            <w:tcW w:w="2880" w:type="dxa"/>
            <w:shd w:val="clear" w:color="auto" w:fill="F8F1D8"/>
            <w:tcMar>
              <w:top w:w="90" w:type="dxa"/>
              <w:left w:w="120" w:type="dxa"/>
              <w:bottom w:w="90" w:type="dxa"/>
              <w:right w:w="120" w:type="dxa"/>
            </w:tcMar>
            <w:vAlign w:val="center"/>
          </w:tcPr>
          <w:p w14:paraId="731A4CE6" w14:textId="77777777" w:rsidR="00526319" w:rsidRDefault="00E34A40">
            <w:pPr>
              <w:spacing w:after="0" w:line="252" w:lineRule="auto"/>
            </w:pPr>
            <w:r>
              <w:rPr>
                <w:b/>
                <w:sz w:val="22"/>
              </w:rPr>
              <w:t>Part Three</w:t>
            </w:r>
          </w:p>
        </w:tc>
      </w:tr>
      <w:tr w:rsidR="00526319" w14:paraId="51AB4D5C" w14:textId="77777777" w:rsidTr="008D1B5C">
        <w:tc>
          <w:tcPr>
            <w:tcW w:w="2880" w:type="dxa"/>
            <w:tcMar>
              <w:top w:w="90" w:type="dxa"/>
              <w:left w:w="120" w:type="dxa"/>
              <w:bottom w:w="90" w:type="dxa"/>
              <w:right w:w="120" w:type="dxa"/>
            </w:tcMar>
            <w:vAlign w:val="center"/>
          </w:tcPr>
          <w:p w14:paraId="017E11B6" w14:textId="77777777" w:rsidR="00526319" w:rsidRDefault="00E34A40">
            <w:r>
              <w:t>1. Applicant Information</w:t>
            </w:r>
            <w:r>
              <w:br/>
              <w:t>2. About You and Eligibility</w:t>
            </w:r>
            <w:r>
              <w:br/>
              <w:t>3. Loan Request</w:t>
            </w:r>
            <w:r>
              <w:br/>
              <w:t>8. Household Earnings and Financial Snapshot</w:t>
            </w:r>
          </w:p>
        </w:tc>
        <w:tc>
          <w:tcPr>
            <w:tcW w:w="2880" w:type="dxa"/>
            <w:tcMar>
              <w:top w:w="90" w:type="dxa"/>
              <w:left w:w="120" w:type="dxa"/>
              <w:bottom w:w="90" w:type="dxa"/>
              <w:right w:w="120" w:type="dxa"/>
            </w:tcMar>
            <w:vAlign w:val="center"/>
          </w:tcPr>
          <w:p w14:paraId="5C7A3068" w14:textId="77777777" w:rsidR="00526319" w:rsidRDefault="00E34A40">
            <w:r>
              <w:t>4. Tell Us About Your Business</w:t>
            </w:r>
            <w:r>
              <w:br/>
              <w:t>5. Business Operations Snapshot</w:t>
            </w:r>
            <w:r>
              <w:br/>
              <w:t>6. Records or Documents Available Today</w:t>
            </w:r>
            <w:r>
              <w:br/>
              <w:t>7. Business Income and Expense Snapshot</w:t>
            </w:r>
          </w:p>
        </w:tc>
        <w:tc>
          <w:tcPr>
            <w:tcW w:w="2880" w:type="dxa"/>
            <w:tcMar>
              <w:top w:w="90" w:type="dxa"/>
              <w:left w:w="120" w:type="dxa"/>
              <w:bottom w:w="90" w:type="dxa"/>
              <w:right w:w="120" w:type="dxa"/>
            </w:tcMar>
            <w:vAlign w:val="center"/>
          </w:tcPr>
          <w:p w14:paraId="569FF5F3" w14:textId="77777777" w:rsidR="00526319" w:rsidRDefault="00E34A40">
            <w:r>
              <w:t>9. Business Assets and Collateral</w:t>
            </w:r>
            <w:r>
              <w:br/>
              <w:t>10. Additional Context</w:t>
            </w:r>
            <w:r>
              <w:br/>
              <w:t>11. Certifications and Authorizations</w:t>
            </w:r>
            <w:r>
              <w:br/>
              <w:t>12. Optional Demographic Information</w:t>
            </w:r>
          </w:p>
        </w:tc>
      </w:tr>
    </w:tbl>
    <w:p w14:paraId="33C39358" w14:textId="77777777" w:rsidR="00526319" w:rsidRDefault="00E34A40">
      <w:r>
        <w:br w:type="page"/>
      </w:r>
    </w:p>
    <w:tbl>
      <w:tblPr>
        <w:tblW w:w="0" w:type="auto"/>
        <w:jc w:val="center"/>
        <w:tblBorders>
          <w:top w:val="single" w:sz="8" w:space="0" w:color="0091B5"/>
          <w:left w:val="single" w:sz="8" w:space="0" w:color="0091B5"/>
          <w:bottom w:val="single" w:sz="8" w:space="0" w:color="0091B5"/>
          <w:right w:val="single" w:sz="8" w:space="0" w:color="0091B5"/>
          <w:insideH w:val="single" w:sz="8" w:space="0" w:color="0091B5"/>
          <w:insideV w:val="single" w:sz="8" w:space="0" w:color="0091B5"/>
        </w:tblBorders>
        <w:tblLayout w:type="fixed"/>
        <w:tblLook w:val="04A0" w:firstRow="1" w:lastRow="0" w:firstColumn="1" w:lastColumn="0" w:noHBand="0" w:noVBand="1"/>
      </w:tblPr>
      <w:tblGrid>
        <w:gridCol w:w="10368"/>
        <w:gridCol w:w="62"/>
      </w:tblGrid>
      <w:tr w:rsidR="00526319" w14:paraId="07097B7F" w14:textId="77777777" w:rsidTr="003879FA">
        <w:trPr>
          <w:jc w:val="center"/>
        </w:trPr>
        <w:tc>
          <w:tcPr>
            <w:tcW w:w="10430" w:type="dxa"/>
            <w:gridSpan w:val="2"/>
            <w:shd w:val="clear" w:color="auto" w:fill="EAF7FB"/>
            <w:tcMar>
              <w:top w:w="90" w:type="dxa"/>
              <w:left w:w="120" w:type="dxa"/>
              <w:bottom w:w="90" w:type="dxa"/>
              <w:right w:w="120" w:type="dxa"/>
            </w:tcMar>
            <w:vAlign w:val="center"/>
          </w:tcPr>
          <w:p w14:paraId="70F87766" w14:textId="77777777" w:rsidR="00526319" w:rsidRDefault="00E34A40">
            <w:pPr>
              <w:spacing w:after="0" w:line="252" w:lineRule="auto"/>
            </w:pPr>
            <w:r>
              <w:rPr>
                <w:b/>
                <w:color w:val="0091B5"/>
                <w:sz w:val="24"/>
              </w:rPr>
              <w:lastRenderedPageBreak/>
              <w:t>Part One - Applicant, Eligibility, Loan Request, and Household Information</w:t>
            </w:r>
          </w:p>
        </w:tc>
      </w:tr>
      <w:tr w:rsidR="00526319" w14:paraId="7407793A" w14:textId="77777777">
        <w:tblPrEx>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PrEx>
        <w:trPr>
          <w:gridAfter w:val="1"/>
          <w:wAfter w:w="62" w:type="dxa"/>
          <w:jc w:val="center"/>
        </w:trPr>
        <w:tc>
          <w:tcPr>
            <w:tcW w:w="10368" w:type="dxa"/>
            <w:shd w:val="clear" w:color="auto" w:fill="0093B0"/>
            <w:tcMar>
              <w:top w:w="80" w:type="dxa"/>
              <w:left w:w="110" w:type="dxa"/>
              <w:bottom w:w="80" w:type="dxa"/>
              <w:right w:w="110" w:type="dxa"/>
            </w:tcMar>
            <w:vAlign w:val="center"/>
          </w:tcPr>
          <w:p w14:paraId="11D358EF" w14:textId="77777777" w:rsidR="00526319" w:rsidRDefault="00E34A40">
            <w:pPr>
              <w:spacing w:after="0" w:line="252" w:lineRule="auto"/>
            </w:pPr>
            <w:r>
              <w:rPr>
                <w:b/>
                <w:color w:val="FFFFFF"/>
                <w:sz w:val="24"/>
              </w:rPr>
              <w:t>1. Applicant Information</w:t>
            </w:r>
          </w:p>
        </w:tc>
      </w:tr>
    </w:tbl>
    <w:p w14:paraId="5DC28CF2" w14:textId="77777777" w:rsidR="00526319" w:rsidRDefault="00526319">
      <w:pPr>
        <w:spacing w:after="80"/>
      </w:pPr>
    </w:p>
    <w:p w14:paraId="0BA608E4" w14:textId="77777777" w:rsidR="00526319" w:rsidRDefault="00E34A40">
      <w:pPr>
        <w:spacing w:after="100"/>
      </w:pPr>
      <w:r>
        <w:rPr>
          <w:color w:val="646464"/>
          <w:sz w:val="19"/>
        </w:rPr>
        <w:t>Tell us who is applying and how you prefer to be contacted.</w:t>
      </w:r>
    </w:p>
    <w:tbl>
      <w:tblPr>
        <w:tblW w:w="10368" w:type="dxa"/>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3BD42D67" w14:textId="77777777" w:rsidTr="008D1B5C">
        <w:trPr>
          <w:jc w:val="center"/>
        </w:trPr>
        <w:tc>
          <w:tcPr>
            <w:tcW w:w="5184" w:type="dxa"/>
            <w:shd w:val="clear" w:color="auto" w:fill="EAF8FB"/>
            <w:tcMar>
              <w:top w:w="80" w:type="dxa"/>
              <w:left w:w="110" w:type="dxa"/>
              <w:bottom w:w="80" w:type="dxa"/>
              <w:right w:w="110" w:type="dxa"/>
            </w:tcMar>
            <w:vAlign w:val="center"/>
          </w:tcPr>
          <w:p w14:paraId="7BAFD8A8" w14:textId="77777777" w:rsidR="00526319" w:rsidRDefault="00E34A40">
            <w:r>
              <w:t>Full legal name</w:t>
            </w:r>
          </w:p>
        </w:tc>
        <w:tc>
          <w:tcPr>
            <w:tcW w:w="5184" w:type="dxa"/>
            <w:tcMar>
              <w:top w:w="80" w:type="dxa"/>
              <w:left w:w="110" w:type="dxa"/>
              <w:bottom w:w="80" w:type="dxa"/>
              <w:right w:w="110" w:type="dxa"/>
            </w:tcMar>
            <w:vAlign w:val="center"/>
          </w:tcPr>
          <w:p w14:paraId="2417B053" w14:textId="77777777" w:rsidR="00526319" w:rsidRDefault="00E34A40" w:rsidP="008D1B5C">
            <w:pPr>
              <w:spacing w:before="120"/>
            </w:pPr>
            <w:r>
              <w:t>______________________________________________________________</w:t>
            </w:r>
            <w:r w:rsidR="003879FA">
              <w:t>____________________________________________</w:t>
            </w:r>
          </w:p>
        </w:tc>
      </w:tr>
      <w:tr w:rsidR="008D1B5C" w14:paraId="21B2C41B" w14:textId="77777777" w:rsidTr="008D1B5C">
        <w:trPr>
          <w:jc w:val="center"/>
        </w:trPr>
        <w:tc>
          <w:tcPr>
            <w:tcW w:w="5184" w:type="dxa"/>
            <w:shd w:val="clear" w:color="auto" w:fill="EAF8FB"/>
            <w:tcMar>
              <w:top w:w="80" w:type="dxa"/>
              <w:left w:w="110" w:type="dxa"/>
              <w:bottom w:w="80" w:type="dxa"/>
              <w:right w:w="110" w:type="dxa"/>
            </w:tcMar>
            <w:vAlign w:val="center"/>
          </w:tcPr>
          <w:p w14:paraId="6AAA381A" w14:textId="7292D36F" w:rsidR="008D1B5C" w:rsidRDefault="008D1B5C">
            <w:r>
              <w:t>Social Security Number / ITIN:</w:t>
            </w:r>
          </w:p>
        </w:tc>
        <w:tc>
          <w:tcPr>
            <w:tcW w:w="5184" w:type="dxa"/>
            <w:tcMar>
              <w:top w:w="80" w:type="dxa"/>
              <w:left w:w="110" w:type="dxa"/>
              <w:bottom w:w="80" w:type="dxa"/>
              <w:right w:w="110" w:type="dxa"/>
            </w:tcMar>
            <w:vAlign w:val="center"/>
          </w:tcPr>
          <w:p w14:paraId="1F3725D3" w14:textId="51842F15" w:rsidR="008D1B5C" w:rsidRDefault="008D1B5C" w:rsidP="008D1B5C">
            <w:pPr>
              <w:spacing w:before="120"/>
            </w:pPr>
            <w:r>
              <w:t>___________________</w:t>
            </w:r>
          </w:p>
        </w:tc>
      </w:tr>
      <w:tr w:rsidR="00526319" w14:paraId="58E62B7F" w14:textId="77777777" w:rsidTr="008D1B5C">
        <w:trPr>
          <w:jc w:val="center"/>
        </w:trPr>
        <w:tc>
          <w:tcPr>
            <w:tcW w:w="5184" w:type="dxa"/>
            <w:shd w:val="clear" w:color="auto" w:fill="EAF8FB"/>
            <w:tcMar>
              <w:top w:w="80" w:type="dxa"/>
              <w:left w:w="110" w:type="dxa"/>
              <w:bottom w:w="80" w:type="dxa"/>
              <w:right w:w="110" w:type="dxa"/>
            </w:tcMar>
            <w:vAlign w:val="center"/>
          </w:tcPr>
          <w:p w14:paraId="55DEACAC" w14:textId="77777777" w:rsidR="00526319" w:rsidRDefault="00E34A40">
            <w:r>
              <w:t>Date of birth</w:t>
            </w:r>
          </w:p>
        </w:tc>
        <w:tc>
          <w:tcPr>
            <w:tcW w:w="5184" w:type="dxa"/>
            <w:tcMar>
              <w:top w:w="80" w:type="dxa"/>
              <w:left w:w="110" w:type="dxa"/>
              <w:bottom w:w="80" w:type="dxa"/>
              <w:right w:w="110" w:type="dxa"/>
            </w:tcMar>
            <w:vAlign w:val="center"/>
          </w:tcPr>
          <w:p w14:paraId="5A931DAC" w14:textId="322FE5E2" w:rsidR="00526319" w:rsidRDefault="00E34A40" w:rsidP="008D1B5C">
            <w:pPr>
              <w:spacing w:before="120"/>
            </w:pPr>
            <w:r>
              <w:t>____________________    ____________________</w:t>
            </w:r>
            <w:r w:rsidR="003879FA">
              <w:t>_________________________________</w:t>
            </w:r>
          </w:p>
        </w:tc>
      </w:tr>
      <w:tr w:rsidR="00526319" w14:paraId="3602F81A" w14:textId="77777777" w:rsidTr="008D1B5C">
        <w:trPr>
          <w:jc w:val="center"/>
        </w:trPr>
        <w:tc>
          <w:tcPr>
            <w:tcW w:w="5184" w:type="dxa"/>
            <w:shd w:val="clear" w:color="auto" w:fill="EAF8FB"/>
            <w:tcMar>
              <w:top w:w="80" w:type="dxa"/>
              <w:left w:w="110" w:type="dxa"/>
              <w:bottom w:w="80" w:type="dxa"/>
              <w:right w:w="110" w:type="dxa"/>
            </w:tcMar>
            <w:vAlign w:val="center"/>
          </w:tcPr>
          <w:p w14:paraId="111F8314" w14:textId="77777777" w:rsidR="00526319" w:rsidRDefault="00E34A40">
            <w:r>
              <w:t>Preferred name (if different)</w:t>
            </w:r>
          </w:p>
        </w:tc>
        <w:tc>
          <w:tcPr>
            <w:tcW w:w="5184" w:type="dxa"/>
            <w:tcMar>
              <w:top w:w="80" w:type="dxa"/>
              <w:left w:w="110" w:type="dxa"/>
              <w:bottom w:w="80" w:type="dxa"/>
              <w:right w:w="110" w:type="dxa"/>
            </w:tcMar>
            <w:vAlign w:val="center"/>
          </w:tcPr>
          <w:p w14:paraId="00F444E0"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6B11120B" w14:textId="77777777" w:rsidTr="008D1B5C">
        <w:trPr>
          <w:jc w:val="center"/>
        </w:trPr>
        <w:tc>
          <w:tcPr>
            <w:tcW w:w="5184" w:type="dxa"/>
            <w:shd w:val="clear" w:color="auto" w:fill="EAF8FB"/>
            <w:tcMar>
              <w:top w:w="80" w:type="dxa"/>
              <w:left w:w="110" w:type="dxa"/>
              <w:bottom w:w="80" w:type="dxa"/>
              <w:right w:w="110" w:type="dxa"/>
            </w:tcMar>
            <w:vAlign w:val="center"/>
          </w:tcPr>
          <w:p w14:paraId="2AF4D62A" w14:textId="77777777" w:rsidR="00526319" w:rsidRDefault="00E34A40">
            <w:r>
              <w:t>Physical address</w:t>
            </w:r>
          </w:p>
        </w:tc>
        <w:tc>
          <w:tcPr>
            <w:tcW w:w="5184" w:type="dxa"/>
            <w:tcMar>
              <w:top w:w="80" w:type="dxa"/>
              <w:left w:w="110" w:type="dxa"/>
              <w:bottom w:w="80" w:type="dxa"/>
              <w:right w:w="110" w:type="dxa"/>
            </w:tcMar>
            <w:vAlign w:val="center"/>
          </w:tcPr>
          <w:p w14:paraId="0DC8CA99"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04E76B31" w14:textId="77777777" w:rsidTr="008D1B5C">
        <w:trPr>
          <w:jc w:val="center"/>
        </w:trPr>
        <w:tc>
          <w:tcPr>
            <w:tcW w:w="5184" w:type="dxa"/>
            <w:shd w:val="clear" w:color="auto" w:fill="EAF8FB"/>
            <w:tcMar>
              <w:top w:w="80" w:type="dxa"/>
              <w:left w:w="110" w:type="dxa"/>
              <w:bottom w:w="80" w:type="dxa"/>
              <w:right w:w="110" w:type="dxa"/>
            </w:tcMar>
            <w:vAlign w:val="center"/>
          </w:tcPr>
          <w:p w14:paraId="08EE0E42" w14:textId="77777777" w:rsidR="00526319" w:rsidRDefault="00E34A40">
            <w:r>
              <w:t>Mailing address (if different)</w:t>
            </w:r>
          </w:p>
        </w:tc>
        <w:tc>
          <w:tcPr>
            <w:tcW w:w="5184" w:type="dxa"/>
            <w:tcMar>
              <w:top w:w="80" w:type="dxa"/>
              <w:left w:w="110" w:type="dxa"/>
              <w:bottom w:w="80" w:type="dxa"/>
              <w:right w:w="110" w:type="dxa"/>
            </w:tcMar>
            <w:vAlign w:val="center"/>
          </w:tcPr>
          <w:p w14:paraId="2FA5C0EF"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333B5257" w14:textId="77777777" w:rsidTr="008D1B5C">
        <w:trPr>
          <w:jc w:val="center"/>
        </w:trPr>
        <w:tc>
          <w:tcPr>
            <w:tcW w:w="5184" w:type="dxa"/>
            <w:shd w:val="clear" w:color="auto" w:fill="EAF8FB"/>
            <w:tcMar>
              <w:top w:w="80" w:type="dxa"/>
              <w:left w:w="110" w:type="dxa"/>
              <w:bottom w:w="80" w:type="dxa"/>
              <w:right w:w="110" w:type="dxa"/>
            </w:tcMar>
            <w:vAlign w:val="center"/>
          </w:tcPr>
          <w:p w14:paraId="3D07EC86" w14:textId="77777777" w:rsidR="00526319" w:rsidRDefault="00E34A40">
            <w:r>
              <w:t>City / State / ZIP</w:t>
            </w:r>
          </w:p>
        </w:tc>
        <w:tc>
          <w:tcPr>
            <w:tcW w:w="5184" w:type="dxa"/>
            <w:tcMar>
              <w:top w:w="80" w:type="dxa"/>
              <w:left w:w="110" w:type="dxa"/>
              <w:bottom w:w="80" w:type="dxa"/>
              <w:right w:w="110" w:type="dxa"/>
            </w:tcMar>
            <w:vAlign w:val="center"/>
          </w:tcPr>
          <w:p w14:paraId="7409B395"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5B403DD1" w14:textId="77777777" w:rsidTr="008D1B5C">
        <w:trPr>
          <w:jc w:val="center"/>
        </w:trPr>
        <w:tc>
          <w:tcPr>
            <w:tcW w:w="5184" w:type="dxa"/>
            <w:shd w:val="clear" w:color="auto" w:fill="EAF8FB"/>
            <w:tcMar>
              <w:top w:w="80" w:type="dxa"/>
              <w:left w:w="110" w:type="dxa"/>
              <w:bottom w:w="80" w:type="dxa"/>
              <w:right w:w="110" w:type="dxa"/>
            </w:tcMar>
            <w:vAlign w:val="center"/>
          </w:tcPr>
          <w:p w14:paraId="05D2AD26" w14:textId="77777777" w:rsidR="00526319" w:rsidRDefault="00E34A40">
            <w:r>
              <w:t>Telephone</w:t>
            </w:r>
            <w:r w:rsidR="003879FA">
              <w:t xml:space="preserve"> / Email:</w:t>
            </w:r>
          </w:p>
        </w:tc>
        <w:tc>
          <w:tcPr>
            <w:tcW w:w="5184" w:type="dxa"/>
            <w:tcMar>
              <w:top w:w="80" w:type="dxa"/>
              <w:left w:w="110" w:type="dxa"/>
              <w:bottom w:w="80" w:type="dxa"/>
              <w:right w:w="110" w:type="dxa"/>
            </w:tcMar>
            <w:vAlign w:val="center"/>
          </w:tcPr>
          <w:p w14:paraId="7E49409A" w14:textId="77777777" w:rsidR="00526319" w:rsidRDefault="00E34A40" w:rsidP="008D1B5C">
            <w:pPr>
              <w:spacing w:before="120"/>
            </w:pPr>
            <w:r>
              <w:t>____________________________</w:t>
            </w:r>
            <w:r w:rsidR="003879FA">
              <w:t>_________________________</w:t>
            </w:r>
            <w:r>
              <w:t xml:space="preserve"> ___________________________________</w:t>
            </w:r>
            <w:r w:rsidR="003879FA">
              <w:t>__________________</w:t>
            </w:r>
          </w:p>
        </w:tc>
      </w:tr>
      <w:tr w:rsidR="00526319" w14:paraId="1AEF9DD0" w14:textId="77777777" w:rsidTr="008D1B5C">
        <w:trPr>
          <w:jc w:val="center"/>
        </w:trPr>
        <w:tc>
          <w:tcPr>
            <w:tcW w:w="5184" w:type="dxa"/>
            <w:shd w:val="clear" w:color="auto" w:fill="EAF8FB"/>
            <w:tcMar>
              <w:top w:w="80" w:type="dxa"/>
              <w:left w:w="110" w:type="dxa"/>
              <w:bottom w:w="80" w:type="dxa"/>
              <w:right w:w="110" w:type="dxa"/>
            </w:tcMar>
            <w:vAlign w:val="center"/>
          </w:tcPr>
          <w:p w14:paraId="4A906E17" w14:textId="77777777" w:rsidR="00526319" w:rsidRDefault="00E34A40">
            <w:r>
              <w:t>Preferred contact method</w:t>
            </w:r>
          </w:p>
        </w:tc>
        <w:tc>
          <w:tcPr>
            <w:tcW w:w="5184" w:type="dxa"/>
            <w:tcMar>
              <w:top w:w="80" w:type="dxa"/>
              <w:left w:w="110" w:type="dxa"/>
              <w:bottom w:w="80" w:type="dxa"/>
              <w:right w:w="110" w:type="dxa"/>
            </w:tcMar>
            <w:vAlign w:val="center"/>
          </w:tcPr>
          <w:p w14:paraId="21DC492A" w14:textId="77777777" w:rsidR="00526319" w:rsidRDefault="00E34A40" w:rsidP="008D1B5C">
            <w:pPr>
              <w:spacing w:before="120"/>
            </w:pPr>
            <w:r>
              <w:t>☐ Phone    ☐ Text    ☐ Email      Best days / times: _________________________</w:t>
            </w:r>
          </w:p>
        </w:tc>
      </w:tr>
      <w:tr w:rsidR="00526319" w14:paraId="5B76B4E9" w14:textId="77777777" w:rsidTr="008D1B5C">
        <w:trPr>
          <w:jc w:val="center"/>
        </w:trPr>
        <w:tc>
          <w:tcPr>
            <w:tcW w:w="5184" w:type="dxa"/>
            <w:shd w:val="clear" w:color="auto" w:fill="EAF8FB"/>
            <w:tcMar>
              <w:top w:w="80" w:type="dxa"/>
              <w:left w:w="110" w:type="dxa"/>
              <w:bottom w:w="80" w:type="dxa"/>
              <w:right w:w="110" w:type="dxa"/>
            </w:tcMar>
            <w:vAlign w:val="center"/>
          </w:tcPr>
          <w:p w14:paraId="7585E7F6" w14:textId="77777777" w:rsidR="00526319" w:rsidRDefault="00E34A40">
            <w:r>
              <w:t>Veteran status</w:t>
            </w:r>
          </w:p>
        </w:tc>
        <w:tc>
          <w:tcPr>
            <w:tcW w:w="5184" w:type="dxa"/>
            <w:tcMar>
              <w:top w:w="80" w:type="dxa"/>
              <w:left w:w="110" w:type="dxa"/>
              <w:bottom w:w="80" w:type="dxa"/>
              <w:right w:w="110" w:type="dxa"/>
            </w:tcMar>
            <w:vAlign w:val="center"/>
          </w:tcPr>
          <w:p w14:paraId="2D20B96F" w14:textId="77777777" w:rsidR="00526319" w:rsidRDefault="00E34A40" w:rsidP="008D1B5C">
            <w:pPr>
              <w:spacing w:before="120"/>
            </w:pPr>
            <w:r>
              <w:t>☐ Yes    ☐ No      If yes, branch: __________________________________________</w:t>
            </w:r>
          </w:p>
        </w:tc>
      </w:tr>
      <w:tr w:rsidR="00526319" w14:paraId="7C6D2BA1" w14:textId="77777777" w:rsidTr="008D1B5C">
        <w:trPr>
          <w:jc w:val="center"/>
        </w:trPr>
        <w:tc>
          <w:tcPr>
            <w:tcW w:w="5184" w:type="dxa"/>
            <w:shd w:val="clear" w:color="auto" w:fill="EAF8FB"/>
            <w:tcMar>
              <w:top w:w="80" w:type="dxa"/>
              <w:left w:w="110" w:type="dxa"/>
              <w:bottom w:w="80" w:type="dxa"/>
              <w:right w:w="110" w:type="dxa"/>
            </w:tcMar>
            <w:vAlign w:val="center"/>
          </w:tcPr>
          <w:p w14:paraId="74072376" w14:textId="77777777" w:rsidR="00526319" w:rsidRDefault="00E34A40">
            <w:r>
              <w:t>Highest level of education completed</w:t>
            </w:r>
          </w:p>
        </w:tc>
        <w:tc>
          <w:tcPr>
            <w:tcW w:w="5184" w:type="dxa"/>
            <w:tcMar>
              <w:top w:w="80" w:type="dxa"/>
              <w:left w:w="110" w:type="dxa"/>
              <w:bottom w:w="80" w:type="dxa"/>
              <w:right w:w="110" w:type="dxa"/>
            </w:tcMar>
            <w:vAlign w:val="center"/>
          </w:tcPr>
          <w:p w14:paraId="50E85762"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1A8E0D05" w14:textId="77777777" w:rsidTr="008D1B5C">
        <w:trPr>
          <w:jc w:val="center"/>
        </w:trPr>
        <w:tc>
          <w:tcPr>
            <w:tcW w:w="5184" w:type="dxa"/>
            <w:shd w:val="clear" w:color="auto" w:fill="EAF8FB"/>
            <w:tcMar>
              <w:top w:w="80" w:type="dxa"/>
              <w:left w:w="110" w:type="dxa"/>
              <w:bottom w:w="80" w:type="dxa"/>
              <w:right w:w="110" w:type="dxa"/>
            </w:tcMar>
            <w:vAlign w:val="center"/>
          </w:tcPr>
          <w:p w14:paraId="032FC850" w14:textId="77777777" w:rsidR="00526319" w:rsidRDefault="00E34A40">
            <w:r>
              <w:t>Head of household</w:t>
            </w:r>
          </w:p>
        </w:tc>
        <w:tc>
          <w:tcPr>
            <w:tcW w:w="5184" w:type="dxa"/>
            <w:tcMar>
              <w:top w:w="80" w:type="dxa"/>
              <w:left w:w="110" w:type="dxa"/>
              <w:bottom w:w="80" w:type="dxa"/>
              <w:right w:w="110" w:type="dxa"/>
            </w:tcMar>
            <w:vAlign w:val="center"/>
          </w:tcPr>
          <w:p w14:paraId="5B244C40" w14:textId="07A9742D" w:rsidR="00526319" w:rsidRDefault="00E34A40" w:rsidP="008D1B5C">
            <w:pPr>
              <w:spacing w:before="120"/>
            </w:pPr>
            <w:r>
              <w:t>☐ Yes    ☐ No      Number of dependents: __</w:t>
            </w:r>
            <w:r w:rsidR="008D1B5C">
              <w:t>____________</w:t>
            </w:r>
          </w:p>
        </w:tc>
      </w:tr>
    </w:tbl>
    <w:p w14:paraId="56963429" w14:textId="77777777" w:rsidR="00526319" w:rsidRDefault="00526319">
      <w:pPr>
        <w:spacing w:after="80"/>
      </w:pPr>
    </w:p>
    <w:p w14:paraId="5B5BDD56" w14:textId="77777777" w:rsidR="00526319" w:rsidRDefault="00E34A40">
      <w:pPr>
        <w:spacing w:after="60"/>
      </w:pPr>
      <w:r>
        <w:rPr>
          <w:b/>
          <w:sz w:val="21"/>
        </w:rPr>
        <w:lastRenderedPageBreak/>
        <w:t>Co-applicant information (complete only if another borrower will apply with you)</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2B98FAC0" w14:textId="77777777">
        <w:trPr>
          <w:jc w:val="center"/>
        </w:trPr>
        <w:tc>
          <w:tcPr>
            <w:tcW w:w="5184" w:type="dxa"/>
            <w:shd w:val="clear" w:color="auto" w:fill="F6F7F8"/>
            <w:tcMar>
              <w:top w:w="80" w:type="dxa"/>
              <w:left w:w="110" w:type="dxa"/>
              <w:bottom w:w="80" w:type="dxa"/>
              <w:right w:w="110" w:type="dxa"/>
            </w:tcMar>
            <w:vAlign w:val="center"/>
          </w:tcPr>
          <w:p w14:paraId="6E472147" w14:textId="77777777" w:rsidR="00526319" w:rsidRDefault="00E34A40">
            <w:r>
              <w:t>Co-applicant name</w:t>
            </w:r>
          </w:p>
        </w:tc>
        <w:tc>
          <w:tcPr>
            <w:tcW w:w="5184" w:type="dxa"/>
            <w:tcMar>
              <w:top w:w="80" w:type="dxa"/>
              <w:left w:w="110" w:type="dxa"/>
              <w:bottom w:w="80" w:type="dxa"/>
              <w:right w:w="110" w:type="dxa"/>
            </w:tcMar>
            <w:vAlign w:val="center"/>
          </w:tcPr>
          <w:p w14:paraId="39D4965B" w14:textId="77777777" w:rsidR="00526319" w:rsidRDefault="00E34A40" w:rsidP="008D1B5C">
            <w:pPr>
              <w:spacing w:before="120"/>
            </w:pPr>
            <w:r>
              <w:t>_____________________________________________________________</w:t>
            </w:r>
            <w:r w:rsidR="003879FA">
              <w:t>____________________________________________</w:t>
            </w:r>
            <w:r>
              <w:t>_</w:t>
            </w:r>
          </w:p>
        </w:tc>
      </w:tr>
      <w:tr w:rsidR="00526319" w14:paraId="412731B0" w14:textId="77777777">
        <w:trPr>
          <w:jc w:val="center"/>
        </w:trPr>
        <w:tc>
          <w:tcPr>
            <w:tcW w:w="5184" w:type="dxa"/>
            <w:shd w:val="clear" w:color="auto" w:fill="F6F7F8"/>
            <w:tcMar>
              <w:top w:w="80" w:type="dxa"/>
              <w:left w:w="110" w:type="dxa"/>
              <w:bottom w:w="80" w:type="dxa"/>
              <w:right w:w="110" w:type="dxa"/>
            </w:tcMar>
            <w:vAlign w:val="center"/>
          </w:tcPr>
          <w:p w14:paraId="26D85B7D" w14:textId="77777777" w:rsidR="00526319" w:rsidRDefault="00E34A40">
            <w:r>
              <w:t>Telephone / email</w:t>
            </w:r>
          </w:p>
        </w:tc>
        <w:tc>
          <w:tcPr>
            <w:tcW w:w="5184" w:type="dxa"/>
            <w:tcMar>
              <w:top w:w="80" w:type="dxa"/>
              <w:left w:w="110" w:type="dxa"/>
              <w:bottom w:w="80" w:type="dxa"/>
              <w:right w:w="110" w:type="dxa"/>
            </w:tcMar>
            <w:vAlign w:val="center"/>
          </w:tcPr>
          <w:p w14:paraId="553A85AD"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64F2E865" w14:textId="77777777">
        <w:trPr>
          <w:jc w:val="center"/>
        </w:trPr>
        <w:tc>
          <w:tcPr>
            <w:tcW w:w="5184" w:type="dxa"/>
            <w:shd w:val="clear" w:color="auto" w:fill="F6F7F8"/>
            <w:tcMar>
              <w:top w:w="80" w:type="dxa"/>
              <w:left w:w="110" w:type="dxa"/>
              <w:bottom w:w="80" w:type="dxa"/>
              <w:right w:w="110" w:type="dxa"/>
            </w:tcMar>
            <w:vAlign w:val="center"/>
          </w:tcPr>
          <w:p w14:paraId="17A9FFBC" w14:textId="77777777" w:rsidR="00526319" w:rsidRDefault="00E34A40">
            <w:r>
              <w:t xml:space="preserve">Relationship </w:t>
            </w:r>
            <w:proofErr w:type="gramStart"/>
            <w:r>
              <w:t>to</w:t>
            </w:r>
            <w:proofErr w:type="gramEnd"/>
            <w:r>
              <w:t xml:space="preserve"> applicant</w:t>
            </w:r>
          </w:p>
        </w:tc>
        <w:tc>
          <w:tcPr>
            <w:tcW w:w="5184" w:type="dxa"/>
            <w:tcMar>
              <w:top w:w="80" w:type="dxa"/>
              <w:left w:w="110" w:type="dxa"/>
              <w:bottom w:w="80" w:type="dxa"/>
              <w:right w:w="110" w:type="dxa"/>
            </w:tcMar>
            <w:vAlign w:val="center"/>
          </w:tcPr>
          <w:p w14:paraId="6FC49E1E" w14:textId="77777777" w:rsidR="00526319" w:rsidRDefault="00E34A40" w:rsidP="008D1B5C">
            <w:pPr>
              <w:spacing w:before="120"/>
            </w:pPr>
            <w:r>
              <w:t>_____________________________________________________________</w:t>
            </w:r>
            <w:r w:rsidR="003879FA">
              <w:t>____________________________________________</w:t>
            </w:r>
            <w:r>
              <w:t>_</w:t>
            </w:r>
          </w:p>
        </w:tc>
      </w:tr>
    </w:tbl>
    <w:p w14:paraId="55CA6280" w14:textId="77777777" w:rsidR="00526319" w:rsidRDefault="00526319">
      <w:pPr>
        <w:spacing w:after="80"/>
      </w:pP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1DBA37EC" w14:textId="77777777">
        <w:trPr>
          <w:jc w:val="center"/>
        </w:trPr>
        <w:tc>
          <w:tcPr>
            <w:tcW w:w="10368" w:type="dxa"/>
            <w:shd w:val="clear" w:color="auto" w:fill="F0C544"/>
            <w:tcMar>
              <w:top w:w="80" w:type="dxa"/>
              <w:left w:w="110" w:type="dxa"/>
              <w:bottom w:w="80" w:type="dxa"/>
              <w:right w:w="110" w:type="dxa"/>
            </w:tcMar>
            <w:vAlign w:val="center"/>
          </w:tcPr>
          <w:p w14:paraId="5031B359" w14:textId="77777777" w:rsidR="003879FA" w:rsidRPr="003879FA" w:rsidRDefault="00E34A40">
            <w:pPr>
              <w:spacing w:after="0" w:line="252" w:lineRule="auto"/>
              <w:rPr>
                <w:b/>
                <w:color w:val="FFFFFF"/>
                <w:sz w:val="24"/>
              </w:rPr>
            </w:pPr>
            <w:r>
              <w:rPr>
                <w:b/>
                <w:color w:val="FFFFFF"/>
                <w:sz w:val="24"/>
              </w:rPr>
              <w:t>2. About You</w:t>
            </w:r>
          </w:p>
        </w:tc>
      </w:tr>
    </w:tbl>
    <w:p w14:paraId="0C00235E" w14:textId="77777777" w:rsidR="00526319" w:rsidRDefault="00526319">
      <w:pPr>
        <w:spacing w:after="80"/>
      </w:pPr>
    </w:p>
    <w:p w14:paraId="7C597D53" w14:textId="77777777" w:rsidR="00526319" w:rsidRDefault="00E34A40">
      <w:pPr>
        <w:spacing w:after="100"/>
      </w:pPr>
      <w:r>
        <w:rPr>
          <w:color w:val="646464"/>
          <w:sz w:val="19"/>
        </w:rPr>
        <w:t>Help us understand how we can best serve you and what documentation you can provide today.</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2331B58C" w14:textId="77777777">
        <w:trPr>
          <w:jc w:val="center"/>
        </w:trPr>
        <w:tc>
          <w:tcPr>
            <w:tcW w:w="5184" w:type="dxa"/>
            <w:shd w:val="clear" w:color="auto" w:fill="FBF4E1"/>
            <w:tcMar>
              <w:top w:w="80" w:type="dxa"/>
              <w:left w:w="110" w:type="dxa"/>
              <w:bottom w:w="80" w:type="dxa"/>
              <w:right w:w="110" w:type="dxa"/>
            </w:tcMar>
            <w:vAlign w:val="center"/>
          </w:tcPr>
          <w:p w14:paraId="1029D17E" w14:textId="77777777" w:rsidR="00526319" w:rsidRDefault="00E34A40">
            <w:r>
              <w:t xml:space="preserve">Please tell us </w:t>
            </w:r>
            <w:r w:rsidR="003879FA">
              <w:t>about yourself</w:t>
            </w:r>
          </w:p>
        </w:tc>
        <w:tc>
          <w:tcPr>
            <w:tcW w:w="5184" w:type="dxa"/>
            <w:tcMar>
              <w:top w:w="80" w:type="dxa"/>
              <w:left w:w="110" w:type="dxa"/>
              <w:bottom w:w="80" w:type="dxa"/>
              <w:right w:w="110" w:type="dxa"/>
            </w:tcMar>
            <w:vAlign w:val="center"/>
          </w:tcPr>
          <w:p w14:paraId="2F567776" w14:textId="77777777" w:rsidR="00526319" w:rsidRDefault="00E34A40">
            <w:r>
              <w:t>☐ Enrolled Tribal member</w:t>
            </w:r>
            <w:r>
              <w:br/>
              <w:t>☐ Spouse of enrolled Tribal member</w:t>
            </w:r>
            <w:r>
              <w:br/>
              <w:t>☐ Child or grandchild of enrolled Tribal member</w:t>
            </w:r>
            <w:r>
              <w:br/>
              <w:t>☐ Business serving Native communities / Tribal entities</w:t>
            </w:r>
            <w:r>
              <w:br/>
              <w:t>☐ Not sure, please help determine eligibility</w:t>
            </w:r>
            <w:r>
              <w:br/>
              <w:t>☐ Other: __________________________</w:t>
            </w:r>
          </w:p>
        </w:tc>
      </w:tr>
      <w:tr w:rsidR="00526319" w14:paraId="4613E7BA" w14:textId="77777777">
        <w:trPr>
          <w:jc w:val="center"/>
        </w:trPr>
        <w:tc>
          <w:tcPr>
            <w:tcW w:w="5184" w:type="dxa"/>
            <w:shd w:val="clear" w:color="auto" w:fill="FBF4E1"/>
            <w:tcMar>
              <w:top w:w="80" w:type="dxa"/>
              <w:left w:w="110" w:type="dxa"/>
              <w:bottom w:w="80" w:type="dxa"/>
              <w:right w:w="110" w:type="dxa"/>
            </w:tcMar>
            <w:vAlign w:val="center"/>
          </w:tcPr>
          <w:p w14:paraId="450E80DE" w14:textId="77777777" w:rsidR="00526319" w:rsidRDefault="00E34A40">
            <w:r>
              <w:t>Eligibility documents available today</w:t>
            </w:r>
          </w:p>
        </w:tc>
        <w:tc>
          <w:tcPr>
            <w:tcW w:w="5184" w:type="dxa"/>
            <w:tcMar>
              <w:top w:w="80" w:type="dxa"/>
              <w:left w:w="110" w:type="dxa"/>
              <w:bottom w:w="80" w:type="dxa"/>
              <w:right w:w="110" w:type="dxa"/>
            </w:tcMar>
            <w:vAlign w:val="center"/>
          </w:tcPr>
          <w:p w14:paraId="5872A9A7" w14:textId="77777777" w:rsidR="003879FA" w:rsidRDefault="00E34A40">
            <w:r>
              <w:t xml:space="preserve">☐ Tribal ID / enrollment card </w:t>
            </w:r>
          </w:p>
          <w:p w14:paraId="41E33FD0" w14:textId="77777777" w:rsidR="00526319" w:rsidRDefault="00E34A40">
            <w:r>
              <w:t>☐ Other: __________________</w:t>
            </w:r>
            <w:r w:rsidR="003879FA">
              <w:t>_________________________________</w:t>
            </w:r>
            <w:r>
              <w:t>_</w:t>
            </w:r>
          </w:p>
        </w:tc>
      </w:tr>
      <w:tr w:rsidR="00526319" w14:paraId="05576BCA" w14:textId="77777777">
        <w:trPr>
          <w:jc w:val="center"/>
        </w:trPr>
        <w:tc>
          <w:tcPr>
            <w:tcW w:w="5184" w:type="dxa"/>
            <w:shd w:val="clear" w:color="auto" w:fill="FBF4E1"/>
            <w:tcMar>
              <w:top w:w="80" w:type="dxa"/>
              <w:left w:w="110" w:type="dxa"/>
              <w:bottom w:w="80" w:type="dxa"/>
              <w:right w:w="110" w:type="dxa"/>
            </w:tcMar>
            <w:vAlign w:val="center"/>
          </w:tcPr>
          <w:p w14:paraId="04ADAA42" w14:textId="77777777" w:rsidR="00526319" w:rsidRDefault="00E34A40">
            <w:r>
              <w:t>Tribal affiliation / community served</w:t>
            </w:r>
          </w:p>
        </w:tc>
        <w:tc>
          <w:tcPr>
            <w:tcW w:w="5184" w:type="dxa"/>
            <w:tcMar>
              <w:top w:w="80" w:type="dxa"/>
              <w:left w:w="110" w:type="dxa"/>
              <w:bottom w:w="80" w:type="dxa"/>
              <w:right w:w="110" w:type="dxa"/>
            </w:tcMar>
            <w:vAlign w:val="center"/>
          </w:tcPr>
          <w:p w14:paraId="156957BB"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2E60A8EA" w14:textId="77777777">
        <w:trPr>
          <w:jc w:val="center"/>
        </w:trPr>
        <w:tc>
          <w:tcPr>
            <w:tcW w:w="5184" w:type="dxa"/>
            <w:shd w:val="clear" w:color="auto" w:fill="FBF4E1"/>
            <w:tcMar>
              <w:top w:w="80" w:type="dxa"/>
              <w:left w:w="110" w:type="dxa"/>
              <w:bottom w:w="80" w:type="dxa"/>
              <w:right w:w="110" w:type="dxa"/>
            </w:tcMar>
            <w:vAlign w:val="center"/>
          </w:tcPr>
          <w:p w14:paraId="05CEE978" w14:textId="77777777" w:rsidR="00526319" w:rsidRDefault="00E34A40">
            <w:r>
              <w:t>Reservation / service area connection (if applicable)</w:t>
            </w:r>
          </w:p>
        </w:tc>
        <w:tc>
          <w:tcPr>
            <w:tcW w:w="5184" w:type="dxa"/>
            <w:tcMar>
              <w:top w:w="80" w:type="dxa"/>
              <w:left w:w="110" w:type="dxa"/>
              <w:bottom w:w="80" w:type="dxa"/>
              <w:right w:w="110" w:type="dxa"/>
            </w:tcMar>
            <w:vAlign w:val="center"/>
          </w:tcPr>
          <w:p w14:paraId="6DDF6633" w14:textId="77777777" w:rsidR="00526319" w:rsidRDefault="00E34A40" w:rsidP="008D1B5C">
            <w:pPr>
              <w:spacing w:before="120"/>
            </w:pPr>
            <w:r>
              <w:t>______________________________________________________________</w:t>
            </w:r>
            <w:r w:rsidR="003879FA">
              <w:t>____________________________________________</w:t>
            </w:r>
          </w:p>
        </w:tc>
      </w:tr>
    </w:tbl>
    <w:p w14:paraId="4D3CF28C" w14:textId="77777777" w:rsidR="00526319" w:rsidRDefault="00526319">
      <w:pPr>
        <w:spacing w:after="80"/>
      </w:pPr>
    </w:p>
    <w:tbl>
      <w:tblPr>
        <w:tblW w:w="0" w:type="auto"/>
        <w:jc w:val="center"/>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Layout w:type="fixed"/>
        <w:tblLook w:val="04A0" w:firstRow="1" w:lastRow="0" w:firstColumn="1" w:lastColumn="0" w:noHBand="0" w:noVBand="1"/>
      </w:tblPr>
      <w:tblGrid>
        <w:gridCol w:w="10368"/>
      </w:tblGrid>
      <w:tr w:rsidR="00526319" w14:paraId="2DC6C6B1" w14:textId="77777777">
        <w:trPr>
          <w:jc w:val="center"/>
        </w:trPr>
        <w:tc>
          <w:tcPr>
            <w:tcW w:w="10368" w:type="dxa"/>
            <w:shd w:val="clear" w:color="auto" w:fill="0093B0"/>
            <w:tcMar>
              <w:top w:w="80" w:type="dxa"/>
              <w:left w:w="110" w:type="dxa"/>
              <w:bottom w:w="80" w:type="dxa"/>
              <w:right w:w="110" w:type="dxa"/>
            </w:tcMar>
            <w:vAlign w:val="center"/>
          </w:tcPr>
          <w:p w14:paraId="3631C106" w14:textId="77777777" w:rsidR="00526319" w:rsidRDefault="00E34A40">
            <w:pPr>
              <w:spacing w:after="0" w:line="252" w:lineRule="auto"/>
            </w:pPr>
            <w:r>
              <w:rPr>
                <w:b/>
                <w:color w:val="FFFFFF"/>
                <w:sz w:val="24"/>
              </w:rPr>
              <w:t>3. Loan Request</w:t>
            </w:r>
          </w:p>
        </w:tc>
      </w:tr>
    </w:tbl>
    <w:p w14:paraId="3DC14107" w14:textId="77777777" w:rsidR="00526319" w:rsidRDefault="00526319">
      <w:pPr>
        <w:spacing w:after="80"/>
      </w:pPr>
    </w:p>
    <w:p w14:paraId="39E88362" w14:textId="77777777" w:rsidR="00526319" w:rsidRDefault="00E34A40">
      <w:pPr>
        <w:spacing w:after="100"/>
      </w:pPr>
      <w:r>
        <w:rPr>
          <w:color w:val="646464"/>
          <w:sz w:val="19"/>
        </w:rPr>
        <w:t>Describe what you need, what the money will be used for, and how the loan would help.</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00225C85" w14:textId="77777777">
        <w:trPr>
          <w:jc w:val="center"/>
        </w:trPr>
        <w:tc>
          <w:tcPr>
            <w:tcW w:w="5184" w:type="dxa"/>
            <w:shd w:val="clear" w:color="auto" w:fill="FBF4E1"/>
            <w:tcMar>
              <w:top w:w="80" w:type="dxa"/>
              <w:left w:w="110" w:type="dxa"/>
              <w:bottom w:w="80" w:type="dxa"/>
              <w:right w:w="110" w:type="dxa"/>
            </w:tcMar>
            <w:vAlign w:val="center"/>
          </w:tcPr>
          <w:p w14:paraId="28051846" w14:textId="77777777" w:rsidR="00526319" w:rsidRDefault="00E34A40">
            <w:r>
              <w:t>Amount requested</w:t>
            </w:r>
          </w:p>
        </w:tc>
        <w:tc>
          <w:tcPr>
            <w:tcW w:w="5184" w:type="dxa"/>
            <w:tcMar>
              <w:top w:w="80" w:type="dxa"/>
              <w:left w:w="110" w:type="dxa"/>
              <w:bottom w:w="80" w:type="dxa"/>
              <w:right w:w="110" w:type="dxa"/>
            </w:tcMar>
            <w:vAlign w:val="center"/>
          </w:tcPr>
          <w:p w14:paraId="66810ED1" w14:textId="77777777" w:rsidR="00526319" w:rsidRDefault="00E34A40" w:rsidP="008D1B5C">
            <w:pPr>
              <w:spacing w:before="120"/>
            </w:pPr>
            <w:r>
              <w:t>$ ______________________________</w:t>
            </w:r>
          </w:p>
        </w:tc>
      </w:tr>
      <w:tr w:rsidR="00526319" w14:paraId="18318B34" w14:textId="77777777">
        <w:trPr>
          <w:jc w:val="center"/>
        </w:trPr>
        <w:tc>
          <w:tcPr>
            <w:tcW w:w="5184" w:type="dxa"/>
            <w:shd w:val="clear" w:color="auto" w:fill="FBF4E1"/>
            <w:tcMar>
              <w:top w:w="80" w:type="dxa"/>
              <w:left w:w="110" w:type="dxa"/>
              <w:bottom w:w="80" w:type="dxa"/>
              <w:right w:w="110" w:type="dxa"/>
            </w:tcMar>
            <w:vAlign w:val="center"/>
          </w:tcPr>
          <w:p w14:paraId="4143FFB5" w14:textId="77777777" w:rsidR="00526319" w:rsidRDefault="00E34A40">
            <w:r>
              <w:t>Purpose of funds</w:t>
            </w:r>
          </w:p>
        </w:tc>
        <w:tc>
          <w:tcPr>
            <w:tcW w:w="5184" w:type="dxa"/>
            <w:tcMar>
              <w:top w:w="80" w:type="dxa"/>
              <w:left w:w="110" w:type="dxa"/>
              <w:bottom w:w="80" w:type="dxa"/>
              <w:right w:w="110" w:type="dxa"/>
            </w:tcMar>
            <w:vAlign w:val="center"/>
          </w:tcPr>
          <w:p w14:paraId="68B58EBB" w14:textId="77777777" w:rsidR="00526319" w:rsidRDefault="00E34A40">
            <w:r>
              <w:t>☐ Working capital   ☐ Inventory   ☐ Equipment / tools   ☐ Vehicle / vessel / trailer</w:t>
            </w:r>
            <w:r>
              <w:br/>
            </w:r>
            <w:r>
              <w:lastRenderedPageBreak/>
              <w:t>☐ Startup costs   ☐ Refinance debt   ☐ Leasehold improvements   ☐ Other: ___________</w:t>
            </w:r>
          </w:p>
        </w:tc>
      </w:tr>
      <w:tr w:rsidR="00526319" w14:paraId="7C9AD275" w14:textId="77777777">
        <w:trPr>
          <w:jc w:val="center"/>
        </w:trPr>
        <w:tc>
          <w:tcPr>
            <w:tcW w:w="5184" w:type="dxa"/>
            <w:shd w:val="clear" w:color="auto" w:fill="FBF4E1"/>
            <w:tcMar>
              <w:top w:w="80" w:type="dxa"/>
              <w:left w:w="110" w:type="dxa"/>
              <w:bottom w:w="80" w:type="dxa"/>
              <w:right w:w="110" w:type="dxa"/>
            </w:tcMar>
            <w:vAlign w:val="center"/>
          </w:tcPr>
          <w:p w14:paraId="3FB6199D" w14:textId="77777777" w:rsidR="00526319" w:rsidRDefault="00E34A40">
            <w:r>
              <w:lastRenderedPageBreak/>
              <w:t>How soon are funds needed?</w:t>
            </w:r>
          </w:p>
        </w:tc>
        <w:tc>
          <w:tcPr>
            <w:tcW w:w="5184" w:type="dxa"/>
            <w:tcMar>
              <w:top w:w="80" w:type="dxa"/>
              <w:left w:w="110" w:type="dxa"/>
              <w:bottom w:w="80" w:type="dxa"/>
              <w:right w:w="110" w:type="dxa"/>
            </w:tcMar>
            <w:vAlign w:val="center"/>
          </w:tcPr>
          <w:p w14:paraId="48018010"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3167F4A1" w14:textId="77777777">
        <w:trPr>
          <w:jc w:val="center"/>
        </w:trPr>
        <w:tc>
          <w:tcPr>
            <w:tcW w:w="5184" w:type="dxa"/>
            <w:shd w:val="clear" w:color="auto" w:fill="FBF4E1"/>
            <w:tcMar>
              <w:top w:w="80" w:type="dxa"/>
              <w:left w:w="110" w:type="dxa"/>
              <w:bottom w:w="80" w:type="dxa"/>
              <w:right w:w="110" w:type="dxa"/>
            </w:tcMar>
            <w:vAlign w:val="center"/>
          </w:tcPr>
          <w:p w14:paraId="5A88BAE1" w14:textId="77777777" w:rsidR="00526319" w:rsidRDefault="00E34A40">
            <w:r>
              <w:t>How do you expect to repay the loan?</w:t>
            </w:r>
          </w:p>
        </w:tc>
        <w:tc>
          <w:tcPr>
            <w:tcW w:w="5184" w:type="dxa"/>
            <w:tcMar>
              <w:top w:w="80" w:type="dxa"/>
              <w:left w:w="110" w:type="dxa"/>
              <w:bottom w:w="80" w:type="dxa"/>
              <w:right w:w="110" w:type="dxa"/>
            </w:tcMar>
            <w:vAlign w:val="center"/>
          </w:tcPr>
          <w:p w14:paraId="4A7624A0" w14:textId="77777777" w:rsidR="00526319" w:rsidRDefault="00E34A40" w:rsidP="008D1B5C">
            <w:pPr>
              <w:spacing w:before="120"/>
            </w:pPr>
            <w:r>
              <w:t>______________________________________________________________</w:t>
            </w:r>
            <w:r w:rsidR="003879FA">
              <w:t>____________________________________________</w:t>
            </w:r>
          </w:p>
        </w:tc>
      </w:tr>
      <w:tr w:rsidR="00526319" w14:paraId="6C63ADD7" w14:textId="77777777">
        <w:trPr>
          <w:jc w:val="center"/>
        </w:trPr>
        <w:tc>
          <w:tcPr>
            <w:tcW w:w="5184" w:type="dxa"/>
            <w:shd w:val="clear" w:color="auto" w:fill="FBF4E1"/>
            <w:tcMar>
              <w:top w:w="80" w:type="dxa"/>
              <w:left w:w="110" w:type="dxa"/>
              <w:bottom w:w="80" w:type="dxa"/>
              <w:right w:w="110" w:type="dxa"/>
            </w:tcMar>
            <w:vAlign w:val="center"/>
          </w:tcPr>
          <w:p w14:paraId="7C208A8B" w14:textId="77777777" w:rsidR="00526319" w:rsidRDefault="00E34A40">
            <w:r>
              <w:t>Have you already invested money in this project or business?</w:t>
            </w:r>
          </w:p>
        </w:tc>
        <w:tc>
          <w:tcPr>
            <w:tcW w:w="5184" w:type="dxa"/>
            <w:tcMar>
              <w:top w:w="80" w:type="dxa"/>
              <w:left w:w="110" w:type="dxa"/>
              <w:bottom w:w="80" w:type="dxa"/>
              <w:right w:w="110" w:type="dxa"/>
            </w:tcMar>
            <w:vAlign w:val="center"/>
          </w:tcPr>
          <w:p w14:paraId="076FF055" w14:textId="77777777" w:rsidR="00526319" w:rsidRDefault="00E34A40" w:rsidP="008D1B5C">
            <w:pPr>
              <w:spacing w:before="120"/>
            </w:pPr>
            <w:r>
              <w:t>☐ Yes    ☐ No      If yes, amount: $ _____________________________</w:t>
            </w:r>
          </w:p>
        </w:tc>
      </w:tr>
      <w:tr w:rsidR="00526319" w14:paraId="0A15999F" w14:textId="77777777">
        <w:trPr>
          <w:jc w:val="center"/>
        </w:trPr>
        <w:tc>
          <w:tcPr>
            <w:tcW w:w="5184" w:type="dxa"/>
            <w:shd w:val="clear" w:color="auto" w:fill="FBF4E1"/>
            <w:tcMar>
              <w:top w:w="80" w:type="dxa"/>
              <w:left w:w="110" w:type="dxa"/>
              <w:bottom w:w="80" w:type="dxa"/>
              <w:right w:w="110" w:type="dxa"/>
            </w:tcMar>
            <w:vAlign w:val="center"/>
          </w:tcPr>
          <w:p w14:paraId="4710FD74" w14:textId="77777777" w:rsidR="00526319" w:rsidRDefault="00E34A40">
            <w:r>
              <w:t>Do you have quotes, invoices, estimates, or purchase orders?</w:t>
            </w:r>
          </w:p>
        </w:tc>
        <w:tc>
          <w:tcPr>
            <w:tcW w:w="5184" w:type="dxa"/>
            <w:tcMar>
              <w:top w:w="80" w:type="dxa"/>
              <w:left w:w="110" w:type="dxa"/>
              <w:bottom w:w="80" w:type="dxa"/>
              <w:right w:w="110" w:type="dxa"/>
            </w:tcMar>
            <w:vAlign w:val="center"/>
          </w:tcPr>
          <w:p w14:paraId="71D817CA" w14:textId="77777777" w:rsidR="00526319" w:rsidRDefault="00E34A40" w:rsidP="008D1B5C">
            <w:pPr>
              <w:spacing w:before="120"/>
            </w:pPr>
            <w:r>
              <w:t>☐ Yes    ☐ No      Please describe: _______________________________</w:t>
            </w:r>
          </w:p>
        </w:tc>
      </w:tr>
      <w:tr w:rsidR="00526319" w14:paraId="1B88E5FE" w14:textId="77777777">
        <w:trPr>
          <w:jc w:val="center"/>
        </w:trPr>
        <w:tc>
          <w:tcPr>
            <w:tcW w:w="5184" w:type="dxa"/>
            <w:shd w:val="clear" w:color="auto" w:fill="FBF4E1"/>
            <w:tcMar>
              <w:top w:w="80" w:type="dxa"/>
              <w:left w:w="110" w:type="dxa"/>
              <w:bottom w:w="80" w:type="dxa"/>
              <w:right w:w="110" w:type="dxa"/>
            </w:tcMar>
            <w:vAlign w:val="center"/>
          </w:tcPr>
          <w:p w14:paraId="79B31857" w14:textId="77777777" w:rsidR="00526319" w:rsidRDefault="00E34A40">
            <w:r>
              <w:t xml:space="preserve">What vendors </w:t>
            </w:r>
            <w:r w:rsidR="0028126C">
              <w:t>do you plan to work</w:t>
            </w:r>
            <w:r>
              <w:t xml:space="preserve"> with for </w:t>
            </w:r>
            <w:r w:rsidR="0028126C">
              <w:t>t</w:t>
            </w:r>
            <w:r>
              <w:t>his project?</w:t>
            </w:r>
          </w:p>
        </w:tc>
        <w:tc>
          <w:tcPr>
            <w:tcW w:w="5184" w:type="dxa"/>
            <w:tcMar>
              <w:top w:w="80" w:type="dxa"/>
              <w:left w:w="110" w:type="dxa"/>
              <w:bottom w:w="80" w:type="dxa"/>
              <w:right w:w="110" w:type="dxa"/>
            </w:tcMar>
            <w:vAlign w:val="center"/>
          </w:tcPr>
          <w:p w14:paraId="66B9A88E" w14:textId="77777777" w:rsidR="003879FA" w:rsidRDefault="00E34A40" w:rsidP="008D1B5C">
            <w:pPr>
              <w:spacing w:before="120"/>
            </w:pPr>
            <w:r>
              <w:br/>
            </w:r>
            <w:r w:rsidR="003879FA">
              <w:t>_____________________________________________________</w:t>
            </w:r>
          </w:p>
          <w:p w14:paraId="7B843F9A" w14:textId="77777777" w:rsidR="00526319" w:rsidRDefault="003879FA" w:rsidP="008D1B5C">
            <w:pPr>
              <w:spacing w:before="120"/>
            </w:pPr>
            <w:r>
              <w:t>_____________________________________________________</w:t>
            </w:r>
          </w:p>
        </w:tc>
      </w:tr>
    </w:tbl>
    <w:p w14:paraId="6DEBFC3D" w14:textId="77777777" w:rsidR="00526319" w:rsidRDefault="00526319">
      <w:pPr>
        <w:spacing w:after="80"/>
      </w:pPr>
    </w:p>
    <w:p w14:paraId="1138AE7E" w14:textId="77777777" w:rsidR="00526319" w:rsidRDefault="00E34A40">
      <w:pPr>
        <w:spacing w:after="40"/>
      </w:pPr>
      <w:r>
        <w:rPr>
          <w:b/>
        </w:rPr>
        <w:t>Please describe specifically what the loan funds will pay for</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5714175E" w14:textId="77777777">
        <w:trPr>
          <w:jc w:val="center"/>
        </w:trPr>
        <w:tc>
          <w:tcPr>
            <w:tcW w:w="10368" w:type="dxa"/>
            <w:tcMar>
              <w:top w:w="80" w:type="dxa"/>
              <w:left w:w="110" w:type="dxa"/>
              <w:bottom w:w="80" w:type="dxa"/>
              <w:right w:w="110" w:type="dxa"/>
            </w:tcMar>
            <w:vAlign w:val="center"/>
          </w:tcPr>
          <w:p w14:paraId="468AD4D7" w14:textId="77777777" w:rsidR="00526319" w:rsidRDefault="00E34A40">
            <w:r>
              <w:br/>
            </w:r>
            <w:r>
              <w:br/>
            </w:r>
          </w:p>
        </w:tc>
      </w:tr>
    </w:tbl>
    <w:p w14:paraId="38D15421" w14:textId="77777777" w:rsidR="00526319" w:rsidRDefault="00526319">
      <w:pPr>
        <w:spacing w:after="80"/>
      </w:pPr>
    </w:p>
    <w:p w14:paraId="51954DCE" w14:textId="77777777" w:rsidR="00526319" w:rsidRDefault="00E34A40">
      <w:r>
        <w:br w:type="page"/>
      </w: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31BE9348" w14:textId="77777777">
        <w:trPr>
          <w:jc w:val="center"/>
        </w:trPr>
        <w:tc>
          <w:tcPr>
            <w:tcW w:w="10368" w:type="dxa"/>
            <w:shd w:val="clear" w:color="auto" w:fill="F0C544"/>
            <w:tcMar>
              <w:top w:w="80" w:type="dxa"/>
              <w:left w:w="110" w:type="dxa"/>
              <w:bottom w:w="80" w:type="dxa"/>
              <w:right w:w="110" w:type="dxa"/>
            </w:tcMar>
            <w:vAlign w:val="center"/>
          </w:tcPr>
          <w:p w14:paraId="67D6AD2D" w14:textId="77777777" w:rsidR="00526319" w:rsidRDefault="00E34A40">
            <w:pPr>
              <w:spacing w:after="0" w:line="252" w:lineRule="auto"/>
            </w:pPr>
            <w:r>
              <w:rPr>
                <w:b/>
                <w:color w:val="FFFFFF"/>
                <w:sz w:val="24"/>
              </w:rPr>
              <w:lastRenderedPageBreak/>
              <w:t>4. Household Earnings and Financial Snapshot</w:t>
            </w:r>
          </w:p>
        </w:tc>
      </w:tr>
    </w:tbl>
    <w:p w14:paraId="7724F543" w14:textId="77777777" w:rsidR="00526319" w:rsidRDefault="00526319">
      <w:pPr>
        <w:spacing w:after="80"/>
      </w:pPr>
    </w:p>
    <w:p w14:paraId="5FE20FD0" w14:textId="77777777" w:rsidR="00526319" w:rsidRDefault="00E34A40">
      <w:pPr>
        <w:spacing w:after="100"/>
      </w:pPr>
      <w:r>
        <w:rPr>
          <w:color w:val="646464"/>
          <w:sz w:val="19"/>
        </w:rPr>
        <w:t>This section captures a practical first look at personal and household finances. A more detailed personal financial statement may be requested later if needed.</w:t>
      </w:r>
    </w:p>
    <w:p w14:paraId="7E857DCB" w14:textId="77777777" w:rsidR="00526319" w:rsidRDefault="00E34A40">
      <w:pPr>
        <w:spacing w:after="60"/>
      </w:pPr>
      <w:r>
        <w:rPr>
          <w:b/>
          <w:color w:val="0093B0"/>
          <w:sz w:val="21"/>
        </w:rPr>
        <w:t>Household earnings</w:t>
      </w:r>
    </w:p>
    <w:tbl>
      <w:tblPr>
        <w:tblW w:w="10368" w:type="dxa"/>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133A5BF5" w14:textId="77777777" w:rsidTr="008D1B5C">
        <w:trPr>
          <w:jc w:val="center"/>
        </w:trPr>
        <w:tc>
          <w:tcPr>
            <w:tcW w:w="5184" w:type="dxa"/>
            <w:shd w:val="clear" w:color="auto" w:fill="EAF8FB"/>
            <w:tcMar>
              <w:top w:w="80" w:type="dxa"/>
              <w:left w:w="110" w:type="dxa"/>
              <w:bottom w:w="80" w:type="dxa"/>
              <w:right w:w="110" w:type="dxa"/>
            </w:tcMar>
            <w:vAlign w:val="center"/>
          </w:tcPr>
          <w:p w14:paraId="6237CFC7" w14:textId="77777777" w:rsidR="00526319" w:rsidRDefault="00E34A40">
            <w:r>
              <w:t>Monthly take-home pay</w:t>
            </w:r>
          </w:p>
        </w:tc>
        <w:tc>
          <w:tcPr>
            <w:tcW w:w="5184" w:type="dxa"/>
            <w:tcMar>
              <w:top w:w="80" w:type="dxa"/>
              <w:left w:w="110" w:type="dxa"/>
              <w:bottom w:w="80" w:type="dxa"/>
              <w:right w:w="110" w:type="dxa"/>
            </w:tcMar>
            <w:vAlign w:val="center"/>
          </w:tcPr>
          <w:p w14:paraId="122AE907" w14:textId="77777777" w:rsidR="00526319" w:rsidRDefault="00E34A40">
            <w:r>
              <w:t>$ ______________________________</w:t>
            </w:r>
          </w:p>
        </w:tc>
      </w:tr>
      <w:tr w:rsidR="00526319" w14:paraId="4ABFFF22" w14:textId="77777777" w:rsidTr="008D1B5C">
        <w:trPr>
          <w:jc w:val="center"/>
        </w:trPr>
        <w:tc>
          <w:tcPr>
            <w:tcW w:w="5184" w:type="dxa"/>
            <w:shd w:val="clear" w:color="auto" w:fill="EAF8FB"/>
            <w:tcMar>
              <w:top w:w="80" w:type="dxa"/>
              <w:left w:w="110" w:type="dxa"/>
              <w:bottom w:w="80" w:type="dxa"/>
              <w:right w:w="110" w:type="dxa"/>
            </w:tcMar>
            <w:vAlign w:val="center"/>
          </w:tcPr>
          <w:p w14:paraId="40E67223" w14:textId="77777777" w:rsidR="00526319" w:rsidRDefault="00E34A40">
            <w:r>
              <w:t>Other regular monthly income</w:t>
            </w:r>
          </w:p>
        </w:tc>
        <w:tc>
          <w:tcPr>
            <w:tcW w:w="5184" w:type="dxa"/>
            <w:tcMar>
              <w:top w:w="80" w:type="dxa"/>
              <w:left w:w="110" w:type="dxa"/>
              <w:bottom w:w="80" w:type="dxa"/>
              <w:right w:w="110" w:type="dxa"/>
            </w:tcMar>
            <w:vAlign w:val="center"/>
          </w:tcPr>
          <w:p w14:paraId="63B58207" w14:textId="77777777" w:rsidR="003879FA" w:rsidRDefault="00E34A40">
            <w:r>
              <w:t xml:space="preserve">$ ______________________________    </w:t>
            </w:r>
          </w:p>
          <w:p w14:paraId="454A342A" w14:textId="77777777" w:rsidR="00526319" w:rsidRDefault="00E34A40">
            <w:r>
              <w:t>Source: ____________________</w:t>
            </w:r>
            <w:r w:rsidR="003879FA">
              <w:t>____</w:t>
            </w:r>
          </w:p>
        </w:tc>
      </w:tr>
      <w:tr w:rsidR="00526319" w14:paraId="47FE461F" w14:textId="77777777" w:rsidTr="008D1B5C">
        <w:trPr>
          <w:jc w:val="center"/>
        </w:trPr>
        <w:tc>
          <w:tcPr>
            <w:tcW w:w="5184" w:type="dxa"/>
            <w:shd w:val="clear" w:color="auto" w:fill="EAF8FB"/>
            <w:tcMar>
              <w:top w:w="80" w:type="dxa"/>
              <w:left w:w="110" w:type="dxa"/>
              <w:bottom w:w="80" w:type="dxa"/>
              <w:right w:w="110" w:type="dxa"/>
            </w:tcMar>
            <w:vAlign w:val="center"/>
          </w:tcPr>
          <w:p w14:paraId="42AB86F4" w14:textId="77777777" w:rsidR="00526319" w:rsidRDefault="00E34A40">
            <w:r>
              <w:t>Business income</w:t>
            </w:r>
          </w:p>
        </w:tc>
        <w:tc>
          <w:tcPr>
            <w:tcW w:w="5184" w:type="dxa"/>
            <w:tcMar>
              <w:top w:w="80" w:type="dxa"/>
              <w:left w:w="110" w:type="dxa"/>
              <w:bottom w:w="80" w:type="dxa"/>
              <w:right w:w="110" w:type="dxa"/>
            </w:tcMar>
            <w:vAlign w:val="center"/>
          </w:tcPr>
          <w:p w14:paraId="4965230B" w14:textId="77777777" w:rsidR="00526319" w:rsidRDefault="00E34A40">
            <w:r>
              <w:t>$ ______________________________    From Section 8 below, if applicable</w:t>
            </w:r>
          </w:p>
        </w:tc>
      </w:tr>
      <w:tr w:rsidR="008D1B5C" w14:paraId="55102F3E" w14:textId="77777777" w:rsidTr="008D1B5C">
        <w:trPr>
          <w:jc w:val="center"/>
        </w:trPr>
        <w:tc>
          <w:tcPr>
            <w:tcW w:w="5184" w:type="dxa"/>
            <w:shd w:val="clear" w:color="auto" w:fill="EAF8FB"/>
            <w:tcMar>
              <w:top w:w="80" w:type="dxa"/>
              <w:left w:w="110" w:type="dxa"/>
              <w:bottom w:w="80" w:type="dxa"/>
              <w:right w:w="110" w:type="dxa"/>
            </w:tcMar>
            <w:vAlign w:val="center"/>
          </w:tcPr>
          <w:p w14:paraId="1221B7C2" w14:textId="0E81C64E" w:rsidR="008D1B5C" w:rsidRDefault="008D1B5C">
            <w:r>
              <w:t>Total</w:t>
            </w:r>
          </w:p>
        </w:tc>
        <w:tc>
          <w:tcPr>
            <w:tcW w:w="5184" w:type="dxa"/>
            <w:tcMar>
              <w:top w:w="80" w:type="dxa"/>
              <w:left w:w="110" w:type="dxa"/>
              <w:bottom w:w="80" w:type="dxa"/>
              <w:right w:w="110" w:type="dxa"/>
            </w:tcMar>
            <w:vAlign w:val="center"/>
          </w:tcPr>
          <w:p w14:paraId="32933976" w14:textId="3743A9C8" w:rsidR="008D1B5C" w:rsidRDefault="008D1B5C" w:rsidP="008D1B5C">
            <w:pPr>
              <w:spacing w:before="120"/>
            </w:pPr>
            <w:r>
              <w:t>$________________________________</w:t>
            </w:r>
          </w:p>
        </w:tc>
      </w:tr>
    </w:tbl>
    <w:p w14:paraId="00D4E709" w14:textId="77777777" w:rsidR="00526319" w:rsidRDefault="00526319">
      <w:pPr>
        <w:spacing w:after="80"/>
      </w:pPr>
    </w:p>
    <w:p w14:paraId="02AFFA99" w14:textId="77777777" w:rsidR="00526319" w:rsidRDefault="00E34A40">
      <w:pPr>
        <w:spacing w:after="60"/>
      </w:pPr>
      <w:r>
        <w:rPr>
          <w:b/>
          <w:color w:val="0093B0"/>
          <w:sz w:val="21"/>
        </w:rPr>
        <w:t>Household expenses / payments</w:t>
      </w:r>
    </w:p>
    <w:tbl>
      <w:tblPr>
        <w:tblW w:w="10368" w:type="dxa"/>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02A4572F" w14:textId="77777777" w:rsidTr="00CD7CB3">
        <w:trPr>
          <w:jc w:val="center"/>
        </w:trPr>
        <w:tc>
          <w:tcPr>
            <w:tcW w:w="5184" w:type="dxa"/>
            <w:shd w:val="clear" w:color="auto" w:fill="FBF4E1"/>
            <w:tcMar>
              <w:top w:w="80" w:type="dxa"/>
              <w:left w:w="110" w:type="dxa"/>
              <w:bottom w:w="80" w:type="dxa"/>
              <w:right w:w="110" w:type="dxa"/>
            </w:tcMar>
            <w:vAlign w:val="center"/>
          </w:tcPr>
          <w:p w14:paraId="342D6725" w14:textId="77777777" w:rsidR="00526319" w:rsidRDefault="00E34A40">
            <w:r>
              <w:t>Rent / mortgage</w:t>
            </w:r>
          </w:p>
        </w:tc>
        <w:tc>
          <w:tcPr>
            <w:tcW w:w="5184" w:type="dxa"/>
            <w:tcMar>
              <w:top w:w="80" w:type="dxa"/>
              <w:left w:w="110" w:type="dxa"/>
              <w:bottom w:w="80" w:type="dxa"/>
              <w:right w:w="110" w:type="dxa"/>
            </w:tcMar>
            <w:vAlign w:val="center"/>
          </w:tcPr>
          <w:p w14:paraId="4CDAD82F" w14:textId="77777777" w:rsidR="00526319" w:rsidRDefault="00E34A40" w:rsidP="008D1B5C">
            <w:pPr>
              <w:spacing w:before="120"/>
            </w:pPr>
            <w:r>
              <w:t>$ ______________________________</w:t>
            </w:r>
          </w:p>
        </w:tc>
      </w:tr>
      <w:tr w:rsidR="00526319" w14:paraId="53AD309B" w14:textId="77777777" w:rsidTr="00CD7CB3">
        <w:trPr>
          <w:jc w:val="center"/>
        </w:trPr>
        <w:tc>
          <w:tcPr>
            <w:tcW w:w="5184" w:type="dxa"/>
            <w:shd w:val="clear" w:color="auto" w:fill="FBF4E1"/>
            <w:tcMar>
              <w:top w:w="80" w:type="dxa"/>
              <w:left w:w="110" w:type="dxa"/>
              <w:bottom w:w="80" w:type="dxa"/>
              <w:right w:w="110" w:type="dxa"/>
            </w:tcMar>
            <w:vAlign w:val="center"/>
          </w:tcPr>
          <w:p w14:paraId="75B1689C" w14:textId="7B41F0B4" w:rsidR="00526319" w:rsidRDefault="00A415DF">
            <w:r>
              <w:t>Utilities</w:t>
            </w:r>
          </w:p>
        </w:tc>
        <w:tc>
          <w:tcPr>
            <w:tcW w:w="5184" w:type="dxa"/>
            <w:tcMar>
              <w:top w:w="80" w:type="dxa"/>
              <w:left w:w="110" w:type="dxa"/>
              <w:bottom w:w="80" w:type="dxa"/>
              <w:right w:w="110" w:type="dxa"/>
            </w:tcMar>
            <w:vAlign w:val="center"/>
          </w:tcPr>
          <w:p w14:paraId="32070DE7" w14:textId="77777777" w:rsidR="00526319" w:rsidRDefault="00E34A40" w:rsidP="008D1B5C">
            <w:pPr>
              <w:spacing w:before="120"/>
            </w:pPr>
            <w:r>
              <w:t>$ ______________________________</w:t>
            </w:r>
          </w:p>
        </w:tc>
      </w:tr>
      <w:tr w:rsidR="00526319" w14:paraId="07F41EFD" w14:textId="77777777" w:rsidTr="00CD7CB3">
        <w:trPr>
          <w:jc w:val="center"/>
        </w:trPr>
        <w:tc>
          <w:tcPr>
            <w:tcW w:w="5184" w:type="dxa"/>
            <w:shd w:val="clear" w:color="auto" w:fill="FBF4E1"/>
            <w:tcMar>
              <w:top w:w="80" w:type="dxa"/>
              <w:left w:w="110" w:type="dxa"/>
              <w:bottom w:w="80" w:type="dxa"/>
              <w:right w:w="110" w:type="dxa"/>
            </w:tcMar>
            <w:vAlign w:val="center"/>
          </w:tcPr>
          <w:p w14:paraId="362E9468" w14:textId="3B18290B" w:rsidR="00526319" w:rsidRDefault="00A415DF">
            <w:r>
              <w:t>Sewer/Water</w:t>
            </w:r>
          </w:p>
        </w:tc>
        <w:tc>
          <w:tcPr>
            <w:tcW w:w="5184" w:type="dxa"/>
            <w:tcMar>
              <w:top w:w="80" w:type="dxa"/>
              <w:left w:w="110" w:type="dxa"/>
              <w:bottom w:w="80" w:type="dxa"/>
              <w:right w:w="110" w:type="dxa"/>
            </w:tcMar>
            <w:vAlign w:val="center"/>
          </w:tcPr>
          <w:p w14:paraId="34003B6A" w14:textId="77777777" w:rsidR="00526319" w:rsidRDefault="00E34A40" w:rsidP="008D1B5C">
            <w:pPr>
              <w:spacing w:before="120"/>
            </w:pPr>
            <w:r>
              <w:t>$ ______________________________</w:t>
            </w:r>
          </w:p>
        </w:tc>
      </w:tr>
      <w:tr w:rsidR="00526319" w14:paraId="05FAEAE3" w14:textId="77777777" w:rsidTr="00CD7CB3">
        <w:trPr>
          <w:jc w:val="center"/>
        </w:trPr>
        <w:tc>
          <w:tcPr>
            <w:tcW w:w="5184" w:type="dxa"/>
            <w:shd w:val="clear" w:color="auto" w:fill="FBF4E1"/>
            <w:tcMar>
              <w:top w:w="80" w:type="dxa"/>
              <w:left w:w="110" w:type="dxa"/>
              <w:bottom w:w="80" w:type="dxa"/>
              <w:right w:w="110" w:type="dxa"/>
            </w:tcMar>
            <w:vAlign w:val="center"/>
          </w:tcPr>
          <w:p w14:paraId="3B557C58" w14:textId="7695338C" w:rsidR="00526319" w:rsidRDefault="00BB4512">
            <w:r>
              <w:t>Food / groceries / eating out</w:t>
            </w:r>
          </w:p>
        </w:tc>
        <w:tc>
          <w:tcPr>
            <w:tcW w:w="5184" w:type="dxa"/>
            <w:tcMar>
              <w:top w:w="80" w:type="dxa"/>
              <w:left w:w="110" w:type="dxa"/>
              <w:bottom w:w="80" w:type="dxa"/>
              <w:right w:w="110" w:type="dxa"/>
            </w:tcMar>
            <w:vAlign w:val="center"/>
          </w:tcPr>
          <w:p w14:paraId="59900ACB" w14:textId="77777777" w:rsidR="00526319" w:rsidRDefault="00E34A40" w:rsidP="008D1B5C">
            <w:pPr>
              <w:spacing w:before="120"/>
            </w:pPr>
            <w:r>
              <w:t>$ ______________________________</w:t>
            </w:r>
          </w:p>
        </w:tc>
      </w:tr>
      <w:tr w:rsidR="00526319" w14:paraId="72C0BA73" w14:textId="77777777" w:rsidTr="00CD7CB3">
        <w:trPr>
          <w:jc w:val="center"/>
        </w:trPr>
        <w:tc>
          <w:tcPr>
            <w:tcW w:w="5184" w:type="dxa"/>
            <w:shd w:val="clear" w:color="auto" w:fill="FBF4E1"/>
            <w:tcMar>
              <w:top w:w="80" w:type="dxa"/>
              <w:left w:w="110" w:type="dxa"/>
              <w:bottom w:w="80" w:type="dxa"/>
              <w:right w:w="110" w:type="dxa"/>
            </w:tcMar>
            <w:vAlign w:val="center"/>
          </w:tcPr>
          <w:p w14:paraId="0611B17A" w14:textId="23BC1F2A" w:rsidR="00526319" w:rsidRDefault="00BB4512">
            <w:r>
              <w:t>Childcare</w:t>
            </w:r>
          </w:p>
        </w:tc>
        <w:tc>
          <w:tcPr>
            <w:tcW w:w="5184" w:type="dxa"/>
            <w:tcMar>
              <w:top w:w="80" w:type="dxa"/>
              <w:left w:w="110" w:type="dxa"/>
              <w:bottom w:w="80" w:type="dxa"/>
              <w:right w:w="110" w:type="dxa"/>
            </w:tcMar>
            <w:vAlign w:val="center"/>
          </w:tcPr>
          <w:p w14:paraId="6FD252D5" w14:textId="77777777" w:rsidR="00526319" w:rsidRDefault="00E34A40" w:rsidP="008D1B5C">
            <w:pPr>
              <w:spacing w:before="120"/>
            </w:pPr>
            <w:r>
              <w:t>$ ______________________________</w:t>
            </w:r>
          </w:p>
        </w:tc>
      </w:tr>
      <w:tr w:rsidR="00526319" w14:paraId="1DFF6C90" w14:textId="77777777" w:rsidTr="00CD7CB3">
        <w:trPr>
          <w:jc w:val="center"/>
        </w:trPr>
        <w:tc>
          <w:tcPr>
            <w:tcW w:w="5184" w:type="dxa"/>
            <w:shd w:val="clear" w:color="auto" w:fill="FBF4E1"/>
            <w:tcMar>
              <w:top w:w="80" w:type="dxa"/>
              <w:left w:w="110" w:type="dxa"/>
              <w:bottom w:w="80" w:type="dxa"/>
              <w:right w:w="110" w:type="dxa"/>
            </w:tcMar>
            <w:vAlign w:val="center"/>
          </w:tcPr>
          <w:p w14:paraId="66BDBE64" w14:textId="17C28EE6" w:rsidR="00526319" w:rsidRDefault="00BB4512">
            <w:r>
              <w:t>Insurance</w:t>
            </w:r>
            <w:r w:rsidR="00B91AE1">
              <w:t xml:space="preserve"> (car, boat, life, other)</w:t>
            </w:r>
          </w:p>
        </w:tc>
        <w:tc>
          <w:tcPr>
            <w:tcW w:w="5184" w:type="dxa"/>
            <w:tcMar>
              <w:top w:w="80" w:type="dxa"/>
              <w:left w:w="110" w:type="dxa"/>
              <w:bottom w:w="80" w:type="dxa"/>
              <w:right w:w="110" w:type="dxa"/>
            </w:tcMar>
            <w:vAlign w:val="center"/>
          </w:tcPr>
          <w:p w14:paraId="183E02D5" w14:textId="77777777" w:rsidR="00526319" w:rsidRDefault="00E34A40" w:rsidP="008D1B5C">
            <w:pPr>
              <w:spacing w:before="120"/>
            </w:pPr>
            <w:r>
              <w:t>$ ______________________________</w:t>
            </w:r>
          </w:p>
        </w:tc>
      </w:tr>
      <w:tr w:rsidR="00526319" w14:paraId="4D7C7534" w14:textId="77777777" w:rsidTr="00CD7CB3">
        <w:trPr>
          <w:jc w:val="center"/>
        </w:trPr>
        <w:tc>
          <w:tcPr>
            <w:tcW w:w="5184" w:type="dxa"/>
            <w:shd w:val="clear" w:color="auto" w:fill="FBF4E1"/>
            <w:tcMar>
              <w:top w:w="80" w:type="dxa"/>
              <w:left w:w="110" w:type="dxa"/>
              <w:bottom w:w="80" w:type="dxa"/>
              <w:right w:w="110" w:type="dxa"/>
            </w:tcMar>
            <w:vAlign w:val="center"/>
          </w:tcPr>
          <w:p w14:paraId="6AF49937" w14:textId="594278A4" w:rsidR="00526319" w:rsidRDefault="00D50D95">
            <w:r>
              <w:t>P</w:t>
            </w:r>
            <w:r w:rsidR="00E34A40">
              <w:t>hone / internet</w:t>
            </w:r>
          </w:p>
        </w:tc>
        <w:tc>
          <w:tcPr>
            <w:tcW w:w="5184" w:type="dxa"/>
            <w:tcMar>
              <w:top w:w="80" w:type="dxa"/>
              <w:left w:w="110" w:type="dxa"/>
              <w:bottom w:w="80" w:type="dxa"/>
              <w:right w:w="110" w:type="dxa"/>
            </w:tcMar>
            <w:vAlign w:val="center"/>
          </w:tcPr>
          <w:p w14:paraId="44A6C911" w14:textId="77777777" w:rsidR="00526319" w:rsidRDefault="00E34A40" w:rsidP="008D1B5C">
            <w:pPr>
              <w:spacing w:before="120"/>
            </w:pPr>
            <w:r>
              <w:t>$ ______________________________</w:t>
            </w:r>
          </w:p>
        </w:tc>
      </w:tr>
      <w:tr w:rsidR="00526319" w14:paraId="320D0E41" w14:textId="77777777" w:rsidTr="00CD7CB3">
        <w:trPr>
          <w:jc w:val="center"/>
        </w:trPr>
        <w:tc>
          <w:tcPr>
            <w:tcW w:w="5184" w:type="dxa"/>
            <w:shd w:val="clear" w:color="auto" w:fill="FBF4E1"/>
            <w:tcMar>
              <w:top w:w="80" w:type="dxa"/>
              <w:left w:w="110" w:type="dxa"/>
              <w:bottom w:w="80" w:type="dxa"/>
              <w:right w:w="110" w:type="dxa"/>
            </w:tcMar>
            <w:vAlign w:val="center"/>
          </w:tcPr>
          <w:p w14:paraId="3AA9388A" w14:textId="0CFE9779" w:rsidR="00526319" w:rsidRDefault="00B91AE1">
            <w:r>
              <w:t>Cable/</w:t>
            </w:r>
            <w:r w:rsidR="0000652E">
              <w:t>satellite</w:t>
            </w:r>
          </w:p>
        </w:tc>
        <w:tc>
          <w:tcPr>
            <w:tcW w:w="5184" w:type="dxa"/>
            <w:tcMar>
              <w:top w:w="80" w:type="dxa"/>
              <w:left w:w="110" w:type="dxa"/>
              <w:bottom w:w="80" w:type="dxa"/>
              <w:right w:w="110" w:type="dxa"/>
            </w:tcMar>
            <w:vAlign w:val="center"/>
          </w:tcPr>
          <w:p w14:paraId="08EAC826" w14:textId="77777777" w:rsidR="00526319" w:rsidRDefault="00E34A40" w:rsidP="008D1B5C">
            <w:pPr>
              <w:spacing w:before="120"/>
            </w:pPr>
            <w:r>
              <w:t>$ ______________________________</w:t>
            </w:r>
          </w:p>
        </w:tc>
      </w:tr>
      <w:tr w:rsidR="00526319" w14:paraId="0006D0A6" w14:textId="77777777" w:rsidTr="00CD7CB3">
        <w:trPr>
          <w:jc w:val="center"/>
        </w:trPr>
        <w:tc>
          <w:tcPr>
            <w:tcW w:w="5184" w:type="dxa"/>
            <w:shd w:val="clear" w:color="auto" w:fill="FBF4E1"/>
            <w:tcMar>
              <w:top w:w="80" w:type="dxa"/>
              <w:left w:w="110" w:type="dxa"/>
              <w:bottom w:w="80" w:type="dxa"/>
              <w:right w:w="110" w:type="dxa"/>
            </w:tcMar>
            <w:vAlign w:val="center"/>
          </w:tcPr>
          <w:p w14:paraId="39E8B326" w14:textId="2E58F5DA" w:rsidR="00526319" w:rsidRDefault="0000652E">
            <w:r>
              <w:t>Subscriptions (Netflix, Hulu, etc.)</w:t>
            </w:r>
          </w:p>
        </w:tc>
        <w:tc>
          <w:tcPr>
            <w:tcW w:w="5184" w:type="dxa"/>
            <w:tcMar>
              <w:top w:w="80" w:type="dxa"/>
              <w:left w:w="110" w:type="dxa"/>
              <w:bottom w:w="80" w:type="dxa"/>
              <w:right w:w="110" w:type="dxa"/>
            </w:tcMar>
            <w:vAlign w:val="center"/>
          </w:tcPr>
          <w:p w14:paraId="2F2D82FC" w14:textId="77777777" w:rsidR="00526319" w:rsidRDefault="00E34A40" w:rsidP="008D1B5C">
            <w:pPr>
              <w:spacing w:before="120"/>
            </w:pPr>
            <w:r>
              <w:t>$ ______________________________</w:t>
            </w:r>
          </w:p>
        </w:tc>
      </w:tr>
      <w:tr w:rsidR="00526319" w14:paraId="3059A3EC" w14:textId="77777777" w:rsidTr="00CD7CB3">
        <w:trPr>
          <w:jc w:val="center"/>
        </w:trPr>
        <w:tc>
          <w:tcPr>
            <w:tcW w:w="5184" w:type="dxa"/>
            <w:shd w:val="clear" w:color="auto" w:fill="FBF4E1"/>
            <w:tcMar>
              <w:top w:w="80" w:type="dxa"/>
              <w:left w:w="110" w:type="dxa"/>
              <w:bottom w:w="80" w:type="dxa"/>
              <w:right w:w="110" w:type="dxa"/>
            </w:tcMar>
            <w:vAlign w:val="center"/>
          </w:tcPr>
          <w:p w14:paraId="207F0E47" w14:textId="1472AADF" w:rsidR="00526319" w:rsidRDefault="0000652E">
            <w:r>
              <w:t>Alimony/Child Support</w:t>
            </w:r>
          </w:p>
        </w:tc>
        <w:tc>
          <w:tcPr>
            <w:tcW w:w="5184" w:type="dxa"/>
            <w:tcMar>
              <w:top w:w="80" w:type="dxa"/>
              <w:left w:w="110" w:type="dxa"/>
              <w:bottom w:w="80" w:type="dxa"/>
              <w:right w:w="110" w:type="dxa"/>
            </w:tcMar>
            <w:vAlign w:val="center"/>
          </w:tcPr>
          <w:p w14:paraId="45538672" w14:textId="77777777" w:rsidR="00526319" w:rsidRDefault="00E34A40" w:rsidP="008D1B5C">
            <w:pPr>
              <w:spacing w:before="120"/>
            </w:pPr>
            <w:r>
              <w:t>$ ______________________________</w:t>
            </w:r>
          </w:p>
        </w:tc>
      </w:tr>
      <w:tr w:rsidR="00526319" w14:paraId="18E2F812" w14:textId="77777777" w:rsidTr="00CD7CB3">
        <w:trPr>
          <w:jc w:val="center"/>
        </w:trPr>
        <w:tc>
          <w:tcPr>
            <w:tcW w:w="5184" w:type="dxa"/>
            <w:shd w:val="clear" w:color="auto" w:fill="FBF4E1"/>
            <w:tcMar>
              <w:top w:w="80" w:type="dxa"/>
              <w:left w:w="110" w:type="dxa"/>
              <w:bottom w:w="80" w:type="dxa"/>
              <w:right w:w="110" w:type="dxa"/>
            </w:tcMar>
            <w:vAlign w:val="center"/>
          </w:tcPr>
          <w:p w14:paraId="79F26CC6" w14:textId="250C6338" w:rsidR="00566C48" w:rsidRDefault="00566C48">
            <w:r>
              <w:lastRenderedPageBreak/>
              <w:t>Gas</w:t>
            </w:r>
          </w:p>
        </w:tc>
        <w:tc>
          <w:tcPr>
            <w:tcW w:w="5184" w:type="dxa"/>
            <w:tcMar>
              <w:top w:w="80" w:type="dxa"/>
              <w:left w:w="110" w:type="dxa"/>
              <w:bottom w:w="80" w:type="dxa"/>
              <w:right w:w="110" w:type="dxa"/>
            </w:tcMar>
            <w:vAlign w:val="center"/>
          </w:tcPr>
          <w:p w14:paraId="6443D22D" w14:textId="77777777" w:rsidR="00526319" w:rsidRDefault="00E34A40" w:rsidP="008D1B5C">
            <w:pPr>
              <w:spacing w:before="120"/>
            </w:pPr>
            <w:r>
              <w:t>$ ______________________________</w:t>
            </w:r>
          </w:p>
        </w:tc>
      </w:tr>
      <w:tr w:rsidR="00526319" w14:paraId="03ECA1C0" w14:textId="77777777" w:rsidTr="00CD7CB3">
        <w:trPr>
          <w:jc w:val="center"/>
        </w:trPr>
        <w:tc>
          <w:tcPr>
            <w:tcW w:w="5184" w:type="dxa"/>
            <w:shd w:val="clear" w:color="auto" w:fill="FBF4E1"/>
            <w:tcMar>
              <w:top w:w="80" w:type="dxa"/>
              <w:left w:w="110" w:type="dxa"/>
              <w:bottom w:w="80" w:type="dxa"/>
              <w:right w:w="110" w:type="dxa"/>
            </w:tcMar>
            <w:vAlign w:val="center"/>
          </w:tcPr>
          <w:p w14:paraId="56537758" w14:textId="48BC5210" w:rsidR="00526319" w:rsidRDefault="00566C48">
            <w:r>
              <w:t>Personal Expenses</w:t>
            </w:r>
          </w:p>
        </w:tc>
        <w:tc>
          <w:tcPr>
            <w:tcW w:w="5184" w:type="dxa"/>
            <w:tcMar>
              <w:top w:w="80" w:type="dxa"/>
              <w:left w:w="110" w:type="dxa"/>
              <w:bottom w:w="80" w:type="dxa"/>
              <w:right w:w="110" w:type="dxa"/>
            </w:tcMar>
            <w:vAlign w:val="center"/>
          </w:tcPr>
          <w:p w14:paraId="5B165CA2" w14:textId="77777777" w:rsidR="00526319" w:rsidRDefault="00E34A40" w:rsidP="008D1B5C">
            <w:pPr>
              <w:spacing w:before="120"/>
            </w:pPr>
            <w:r>
              <w:t>$ ______________________________</w:t>
            </w:r>
          </w:p>
        </w:tc>
      </w:tr>
      <w:tr w:rsidR="00526319" w14:paraId="185D4C0A" w14:textId="77777777" w:rsidTr="00CD7CB3">
        <w:trPr>
          <w:jc w:val="center"/>
        </w:trPr>
        <w:tc>
          <w:tcPr>
            <w:tcW w:w="5184" w:type="dxa"/>
            <w:shd w:val="clear" w:color="auto" w:fill="FBF4E1"/>
            <w:tcMar>
              <w:top w:w="80" w:type="dxa"/>
              <w:left w:w="110" w:type="dxa"/>
              <w:bottom w:w="80" w:type="dxa"/>
              <w:right w:w="110" w:type="dxa"/>
            </w:tcMar>
            <w:vAlign w:val="center"/>
          </w:tcPr>
          <w:p w14:paraId="2805EFA2" w14:textId="77777777" w:rsidR="00526319" w:rsidRDefault="00E34A40">
            <w:r>
              <w:t>Travel / entertainment</w:t>
            </w:r>
          </w:p>
        </w:tc>
        <w:tc>
          <w:tcPr>
            <w:tcW w:w="5184" w:type="dxa"/>
            <w:tcMar>
              <w:top w:w="80" w:type="dxa"/>
              <w:left w:w="110" w:type="dxa"/>
              <w:bottom w:w="80" w:type="dxa"/>
              <w:right w:w="110" w:type="dxa"/>
            </w:tcMar>
            <w:vAlign w:val="center"/>
          </w:tcPr>
          <w:p w14:paraId="06C6EC20" w14:textId="77777777" w:rsidR="00526319" w:rsidRDefault="00E34A40" w:rsidP="00181B64">
            <w:pPr>
              <w:spacing w:before="120"/>
            </w:pPr>
            <w:r>
              <w:t>$ ______________________________</w:t>
            </w:r>
          </w:p>
        </w:tc>
      </w:tr>
      <w:tr w:rsidR="00526319" w14:paraId="7DF880EE" w14:textId="77777777" w:rsidTr="00CD7CB3">
        <w:trPr>
          <w:jc w:val="center"/>
        </w:trPr>
        <w:tc>
          <w:tcPr>
            <w:tcW w:w="5184" w:type="dxa"/>
            <w:shd w:val="clear" w:color="auto" w:fill="FBF4E1"/>
            <w:tcMar>
              <w:top w:w="80" w:type="dxa"/>
              <w:left w:w="110" w:type="dxa"/>
              <w:bottom w:w="80" w:type="dxa"/>
              <w:right w:w="110" w:type="dxa"/>
            </w:tcMar>
            <w:vAlign w:val="center"/>
          </w:tcPr>
          <w:p w14:paraId="4E3AC8E4" w14:textId="7B6F809B" w:rsidR="00526319" w:rsidRDefault="00B12E97">
            <w:r>
              <w:t>Miscellaneous expenses</w:t>
            </w:r>
          </w:p>
        </w:tc>
        <w:tc>
          <w:tcPr>
            <w:tcW w:w="5184" w:type="dxa"/>
            <w:tcMar>
              <w:top w:w="80" w:type="dxa"/>
              <w:left w:w="110" w:type="dxa"/>
              <w:bottom w:w="80" w:type="dxa"/>
              <w:right w:w="110" w:type="dxa"/>
            </w:tcMar>
            <w:vAlign w:val="center"/>
          </w:tcPr>
          <w:p w14:paraId="4039A194" w14:textId="77777777" w:rsidR="00526319" w:rsidRDefault="00E34A40" w:rsidP="00181B64">
            <w:pPr>
              <w:spacing w:before="120"/>
            </w:pPr>
            <w:r>
              <w:t>$ ______________________________</w:t>
            </w:r>
          </w:p>
        </w:tc>
      </w:tr>
      <w:tr w:rsidR="00CD7CB3" w14:paraId="37B0F7DD" w14:textId="77777777" w:rsidTr="00CD7CB3">
        <w:trPr>
          <w:jc w:val="center"/>
        </w:trPr>
        <w:tc>
          <w:tcPr>
            <w:tcW w:w="5184" w:type="dxa"/>
            <w:shd w:val="clear" w:color="auto" w:fill="FBF4E1"/>
            <w:tcMar>
              <w:top w:w="80" w:type="dxa"/>
              <w:left w:w="110" w:type="dxa"/>
              <w:bottom w:w="80" w:type="dxa"/>
              <w:right w:w="110" w:type="dxa"/>
            </w:tcMar>
            <w:vAlign w:val="center"/>
          </w:tcPr>
          <w:p w14:paraId="5D3AFDEF" w14:textId="2914ED3C" w:rsidR="00CD7CB3" w:rsidRDefault="00CD7CB3">
            <w:r>
              <w:t>Total</w:t>
            </w:r>
          </w:p>
        </w:tc>
        <w:tc>
          <w:tcPr>
            <w:tcW w:w="5184" w:type="dxa"/>
            <w:tcMar>
              <w:top w:w="80" w:type="dxa"/>
              <w:left w:w="110" w:type="dxa"/>
              <w:bottom w:w="80" w:type="dxa"/>
              <w:right w:w="110" w:type="dxa"/>
            </w:tcMar>
            <w:vAlign w:val="center"/>
          </w:tcPr>
          <w:p w14:paraId="3B2C9084" w14:textId="664D9269" w:rsidR="00CD7CB3" w:rsidRDefault="00CD7CB3" w:rsidP="00181B64">
            <w:pPr>
              <w:spacing w:before="120"/>
            </w:pPr>
            <w:r>
              <w:t>$______________________________</w:t>
            </w:r>
          </w:p>
        </w:tc>
      </w:tr>
    </w:tbl>
    <w:p w14:paraId="41772651" w14:textId="77777777" w:rsidR="00526319" w:rsidRDefault="00526319">
      <w:pPr>
        <w:spacing w:after="80"/>
      </w:pPr>
    </w:p>
    <w:p w14:paraId="1305D502" w14:textId="77777777" w:rsidR="00526319" w:rsidRDefault="00E34A40">
      <w:pPr>
        <w:spacing w:after="60"/>
      </w:pPr>
      <w:r>
        <w:rPr>
          <w:b/>
          <w:color w:val="0093B0"/>
          <w:sz w:val="21"/>
        </w:rPr>
        <w:t>Assets (things you own)</w:t>
      </w:r>
    </w:p>
    <w:tbl>
      <w:tblPr>
        <w:tblW w:w="10368" w:type="dxa"/>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21E40E4A" w14:textId="77777777" w:rsidTr="00CD7CB3">
        <w:trPr>
          <w:jc w:val="center"/>
        </w:trPr>
        <w:tc>
          <w:tcPr>
            <w:tcW w:w="5184" w:type="dxa"/>
            <w:shd w:val="clear" w:color="auto" w:fill="EAF8FB"/>
            <w:tcMar>
              <w:top w:w="80" w:type="dxa"/>
              <w:left w:w="110" w:type="dxa"/>
              <w:bottom w:w="80" w:type="dxa"/>
              <w:right w:w="110" w:type="dxa"/>
            </w:tcMar>
            <w:vAlign w:val="center"/>
          </w:tcPr>
          <w:p w14:paraId="61C97090" w14:textId="77777777" w:rsidR="00526319" w:rsidRDefault="00E34A40">
            <w:r>
              <w:t>Approximate cash in bank</w:t>
            </w:r>
          </w:p>
        </w:tc>
        <w:tc>
          <w:tcPr>
            <w:tcW w:w="5184" w:type="dxa"/>
            <w:tcMar>
              <w:top w:w="80" w:type="dxa"/>
              <w:left w:w="110" w:type="dxa"/>
              <w:bottom w:w="80" w:type="dxa"/>
              <w:right w:w="110" w:type="dxa"/>
            </w:tcMar>
            <w:vAlign w:val="center"/>
          </w:tcPr>
          <w:p w14:paraId="07F01F0E" w14:textId="77777777" w:rsidR="00526319" w:rsidRDefault="00E34A40" w:rsidP="00181B64">
            <w:pPr>
              <w:spacing w:before="120"/>
            </w:pPr>
            <w:r>
              <w:t>$ ______________________________</w:t>
            </w:r>
          </w:p>
        </w:tc>
      </w:tr>
      <w:tr w:rsidR="00526319" w14:paraId="0768B5F8" w14:textId="77777777" w:rsidTr="00CD7CB3">
        <w:trPr>
          <w:jc w:val="center"/>
        </w:trPr>
        <w:tc>
          <w:tcPr>
            <w:tcW w:w="5184" w:type="dxa"/>
            <w:shd w:val="clear" w:color="auto" w:fill="EAF8FB"/>
            <w:tcMar>
              <w:top w:w="80" w:type="dxa"/>
              <w:left w:w="110" w:type="dxa"/>
              <w:bottom w:w="80" w:type="dxa"/>
              <w:right w:w="110" w:type="dxa"/>
            </w:tcMar>
            <w:vAlign w:val="center"/>
          </w:tcPr>
          <w:p w14:paraId="4504FB2F" w14:textId="77777777" w:rsidR="00526319" w:rsidRDefault="00E34A40">
            <w:r>
              <w:t>Savings / retirement accounts</w:t>
            </w:r>
          </w:p>
        </w:tc>
        <w:tc>
          <w:tcPr>
            <w:tcW w:w="5184" w:type="dxa"/>
            <w:tcMar>
              <w:top w:w="80" w:type="dxa"/>
              <w:left w:w="110" w:type="dxa"/>
              <w:bottom w:w="80" w:type="dxa"/>
              <w:right w:w="110" w:type="dxa"/>
            </w:tcMar>
            <w:vAlign w:val="center"/>
          </w:tcPr>
          <w:p w14:paraId="6B250CCB" w14:textId="77777777" w:rsidR="00526319" w:rsidRDefault="00E34A40" w:rsidP="00181B64">
            <w:pPr>
              <w:spacing w:before="120"/>
            </w:pPr>
            <w:r>
              <w:t>$ ______________________________</w:t>
            </w:r>
          </w:p>
        </w:tc>
      </w:tr>
      <w:tr w:rsidR="00526319" w14:paraId="5F733492" w14:textId="77777777" w:rsidTr="00CD7CB3">
        <w:trPr>
          <w:jc w:val="center"/>
        </w:trPr>
        <w:tc>
          <w:tcPr>
            <w:tcW w:w="5184" w:type="dxa"/>
            <w:shd w:val="clear" w:color="auto" w:fill="EAF8FB"/>
            <w:tcMar>
              <w:top w:w="80" w:type="dxa"/>
              <w:left w:w="110" w:type="dxa"/>
              <w:bottom w:w="80" w:type="dxa"/>
              <w:right w:w="110" w:type="dxa"/>
            </w:tcMar>
            <w:vAlign w:val="center"/>
          </w:tcPr>
          <w:p w14:paraId="5719A610" w14:textId="77777777" w:rsidR="00526319" w:rsidRDefault="00E34A40">
            <w:r>
              <w:t>Residence</w:t>
            </w:r>
          </w:p>
        </w:tc>
        <w:tc>
          <w:tcPr>
            <w:tcW w:w="5184" w:type="dxa"/>
            <w:tcMar>
              <w:top w:w="80" w:type="dxa"/>
              <w:left w:w="110" w:type="dxa"/>
              <w:bottom w:w="80" w:type="dxa"/>
              <w:right w:w="110" w:type="dxa"/>
            </w:tcMar>
            <w:vAlign w:val="center"/>
          </w:tcPr>
          <w:p w14:paraId="0E048BC8" w14:textId="77777777" w:rsidR="00526319" w:rsidRDefault="00E34A40" w:rsidP="00181B64">
            <w:pPr>
              <w:spacing w:before="120"/>
            </w:pPr>
            <w:r>
              <w:t>$ ______________________________</w:t>
            </w:r>
          </w:p>
        </w:tc>
      </w:tr>
      <w:tr w:rsidR="00526319" w14:paraId="71B51CCF" w14:textId="77777777" w:rsidTr="00CD7CB3">
        <w:trPr>
          <w:jc w:val="center"/>
        </w:trPr>
        <w:tc>
          <w:tcPr>
            <w:tcW w:w="5184" w:type="dxa"/>
            <w:shd w:val="clear" w:color="auto" w:fill="EAF8FB"/>
            <w:tcMar>
              <w:top w:w="80" w:type="dxa"/>
              <w:left w:w="110" w:type="dxa"/>
              <w:bottom w:w="80" w:type="dxa"/>
              <w:right w:w="110" w:type="dxa"/>
            </w:tcMar>
            <w:vAlign w:val="center"/>
          </w:tcPr>
          <w:p w14:paraId="61B4B8BA" w14:textId="77777777" w:rsidR="00526319" w:rsidRDefault="00E34A40">
            <w:r>
              <w:t>Other real estate</w:t>
            </w:r>
          </w:p>
        </w:tc>
        <w:tc>
          <w:tcPr>
            <w:tcW w:w="5184" w:type="dxa"/>
            <w:tcMar>
              <w:top w:w="80" w:type="dxa"/>
              <w:left w:w="110" w:type="dxa"/>
              <w:bottom w:w="80" w:type="dxa"/>
              <w:right w:w="110" w:type="dxa"/>
            </w:tcMar>
            <w:vAlign w:val="center"/>
          </w:tcPr>
          <w:p w14:paraId="6D1FA2CA" w14:textId="77777777" w:rsidR="00526319" w:rsidRDefault="00E34A40" w:rsidP="00181B64">
            <w:pPr>
              <w:spacing w:before="120"/>
            </w:pPr>
            <w:r>
              <w:t>$ ______________________________</w:t>
            </w:r>
          </w:p>
        </w:tc>
      </w:tr>
      <w:tr w:rsidR="00526319" w14:paraId="028E25AF" w14:textId="77777777" w:rsidTr="00CD7CB3">
        <w:trPr>
          <w:jc w:val="center"/>
        </w:trPr>
        <w:tc>
          <w:tcPr>
            <w:tcW w:w="5184" w:type="dxa"/>
            <w:shd w:val="clear" w:color="auto" w:fill="EAF8FB"/>
            <w:tcMar>
              <w:top w:w="80" w:type="dxa"/>
              <w:left w:w="110" w:type="dxa"/>
              <w:bottom w:w="80" w:type="dxa"/>
              <w:right w:w="110" w:type="dxa"/>
            </w:tcMar>
            <w:vAlign w:val="center"/>
          </w:tcPr>
          <w:p w14:paraId="4C1F3419" w14:textId="77777777" w:rsidR="00526319" w:rsidRDefault="00E34A40">
            <w:r>
              <w:t>Vehicle(s)</w:t>
            </w:r>
          </w:p>
        </w:tc>
        <w:tc>
          <w:tcPr>
            <w:tcW w:w="5184" w:type="dxa"/>
            <w:tcMar>
              <w:top w:w="80" w:type="dxa"/>
              <w:left w:w="110" w:type="dxa"/>
              <w:bottom w:w="80" w:type="dxa"/>
              <w:right w:w="110" w:type="dxa"/>
            </w:tcMar>
            <w:vAlign w:val="center"/>
          </w:tcPr>
          <w:p w14:paraId="641E8982" w14:textId="77777777" w:rsidR="00526319" w:rsidRDefault="00E34A40" w:rsidP="00181B64">
            <w:pPr>
              <w:spacing w:before="120"/>
            </w:pPr>
            <w:r>
              <w:t>$ ______________________________</w:t>
            </w:r>
          </w:p>
        </w:tc>
      </w:tr>
      <w:tr w:rsidR="00526319" w14:paraId="2E88AC5E" w14:textId="77777777" w:rsidTr="00CD7CB3">
        <w:trPr>
          <w:jc w:val="center"/>
        </w:trPr>
        <w:tc>
          <w:tcPr>
            <w:tcW w:w="5184" w:type="dxa"/>
            <w:shd w:val="clear" w:color="auto" w:fill="EAF8FB"/>
            <w:tcMar>
              <w:top w:w="80" w:type="dxa"/>
              <w:left w:w="110" w:type="dxa"/>
              <w:bottom w:w="80" w:type="dxa"/>
              <w:right w:w="110" w:type="dxa"/>
            </w:tcMar>
            <w:vAlign w:val="center"/>
          </w:tcPr>
          <w:p w14:paraId="22485BCE" w14:textId="77777777" w:rsidR="00526319" w:rsidRDefault="00E34A40">
            <w:r>
              <w:t>Household furnishings / computers</w:t>
            </w:r>
          </w:p>
        </w:tc>
        <w:tc>
          <w:tcPr>
            <w:tcW w:w="5184" w:type="dxa"/>
            <w:tcMar>
              <w:top w:w="80" w:type="dxa"/>
              <w:left w:w="110" w:type="dxa"/>
              <w:bottom w:w="80" w:type="dxa"/>
              <w:right w:w="110" w:type="dxa"/>
            </w:tcMar>
            <w:vAlign w:val="center"/>
          </w:tcPr>
          <w:p w14:paraId="4CF6AE47" w14:textId="77777777" w:rsidR="00526319" w:rsidRDefault="00E34A40" w:rsidP="00181B64">
            <w:pPr>
              <w:spacing w:before="120"/>
            </w:pPr>
            <w:r>
              <w:t>$ ______________________________</w:t>
            </w:r>
          </w:p>
        </w:tc>
      </w:tr>
      <w:tr w:rsidR="00526319" w14:paraId="71CAEA18" w14:textId="77777777" w:rsidTr="00CD7CB3">
        <w:trPr>
          <w:jc w:val="center"/>
        </w:trPr>
        <w:tc>
          <w:tcPr>
            <w:tcW w:w="5184" w:type="dxa"/>
            <w:shd w:val="clear" w:color="auto" w:fill="EAF8FB"/>
            <w:tcMar>
              <w:top w:w="80" w:type="dxa"/>
              <w:left w:w="110" w:type="dxa"/>
              <w:bottom w:w="80" w:type="dxa"/>
              <w:right w:w="110" w:type="dxa"/>
            </w:tcMar>
            <w:vAlign w:val="center"/>
          </w:tcPr>
          <w:p w14:paraId="4C494C11" w14:textId="77777777" w:rsidR="00526319" w:rsidRDefault="00E34A40">
            <w:r>
              <w:t>Other non-business assets</w:t>
            </w:r>
          </w:p>
        </w:tc>
        <w:tc>
          <w:tcPr>
            <w:tcW w:w="5184" w:type="dxa"/>
            <w:tcMar>
              <w:top w:w="80" w:type="dxa"/>
              <w:left w:w="110" w:type="dxa"/>
              <w:bottom w:w="80" w:type="dxa"/>
              <w:right w:w="110" w:type="dxa"/>
            </w:tcMar>
            <w:vAlign w:val="center"/>
          </w:tcPr>
          <w:p w14:paraId="32F811AD" w14:textId="77777777" w:rsidR="00526319" w:rsidRDefault="00E34A40" w:rsidP="00181B64">
            <w:pPr>
              <w:spacing w:before="120"/>
            </w:pPr>
            <w:r>
              <w:t>$ ______________________________</w:t>
            </w:r>
          </w:p>
        </w:tc>
      </w:tr>
      <w:tr w:rsidR="00526319" w14:paraId="117323D4" w14:textId="77777777" w:rsidTr="00CD7CB3">
        <w:trPr>
          <w:jc w:val="center"/>
        </w:trPr>
        <w:tc>
          <w:tcPr>
            <w:tcW w:w="5184" w:type="dxa"/>
            <w:shd w:val="clear" w:color="auto" w:fill="EAF8FB"/>
            <w:tcMar>
              <w:top w:w="80" w:type="dxa"/>
              <w:left w:w="110" w:type="dxa"/>
              <w:bottom w:w="80" w:type="dxa"/>
              <w:right w:w="110" w:type="dxa"/>
            </w:tcMar>
            <w:vAlign w:val="center"/>
          </w:tcPr>
          <w:p w14:paraId="1083892B" w14:textId="77777777" w:rsidR="00526319" w:rsidRDefault="00E34A40">
            <w:r>
              <w:t>Business assets: vehicles / vessels</w:t>
            </w:r>
          </w:p>
        </w:tc>
        <w:tc>
          <w:tcPr>
            <w:tcW w:w="5184" w:type="dxa"/>
            <w:tcMar>
              <w:top w:w="80" w:type="dxa"/>
              <w:left w:w="110" w:type="dxa"/>
              <w:bottom w:w="80" w:type="dxa"/>
              <w:right w:w="110" w:type="dxa"/>
            </w:tcMar>
            <w:vAlign w:val="center"/>
          </w:tcPr>
          <w:p w14:paraId="2131E035" w14:textId="77777777" w:rsidR="00526319" w:rsidRDefault="00E34A40" w:rsidP="00181B64">
            <w:pPr>
              <w:spacing w:before="120"/>
            </w:pPr>
            <w:r>
              <w:t>$ ______________________________</w:t>
            </w:r>
          </w:p>
        </w:tc>
      </w:tr>
      <w:tr w:rsidR="00526319" w14:paraId="0BF56F67" w14:textId="77777777" w:rsidTr="00CD7CB3">
        <w:trPr>
          <w:jc w:val="center"/>
        </w:trPr>
        <w:tc>
          <w:tcPr>
            <w:tcW w:w="5184" w:type="dxa"/>
            <w:shd w:val="clear" w:color="auto" w:fill="EAF8FB"/>
            <w:tcMar>
              <w:top w:w="80" w:type="dxa"/>
              <w:left w:w="110" w:type="dxa"/>
              <w:bottom w:w="80" w:type="dxa"/>
              <w:right w:w="110" w:type="dxa"/>
            </w:tcMar>
            <w:vAlign w:val="center"/>
          </w:tcPr>
          <w:p w14:paraId="093235F0" w14:textId="77777777" w:rsidR="00526319" w:rsidRDefault="00E34A40">
            <w:r>
              <w:t>Business assets: equipment / gear</w:t>
            </w:r>
          </w:p>
        </w:tc>
        <w:tc>
          <w:tcPr>
            <w:tcW w:w="5184" w:type="dxa"/>
            <w:tcMar>
              <w:top w:w="80" w:type="dxa"/>
              <w:left w:w="110" w:type="dxa"/>
              <w:bottom w:w="80" w:type="dxa"/>
              <w:right w:w="110" w:type="dxa"/>
            </w:tcMar>
            <w:vAlign w:val="center"/>
          </w:tcPr>
          <w:p w14:paraId="664BFB52" w14:textId="77777777" w:rsidR="00526319" w:rsidRDefault="00E34A40" w:rsidP="00181B64">
            <w:pPr>
              <w:spacing w:before="120"/>
            </w:pPr>
            <w:r>
              <w:t>$ ______________________________</w:t>
            </w:r>
          </w:p>
        </w:tc>
      </w:tr>
      <w:tr w:rsidR="00526319" w14:paraId="53B0EE9B" w14:textId="77777777" w:rsidTr="00CD7CB3">
        <w:trPr>
          <w:jc w:val="center"/>
        </w:trPr>
        <w:tc>
          <w:tcPr>
            <w:tcW w:w="5184" w:type="dxa"/>
            <w:shd w:val="clear" w:color="auto" w:fill="EAF8FB"/>
            <w:tcMar>
              <w:top w:w="80" w:type="dxa"/>
              <w:left w:w="110" w:type="dxa"/>
              <w:bottom w:w="80" w:type="dxa"/>
              <w:right w:w="110" w:type="dxa"/>
            </w:tcMar>
            <w:vAlign w:val="center"/>
          </w:tcPr>
          <w:p w14:paraId="61BF8A7F" w14:textId="77777777" w:rsidR="00526319" w:rsidRDefault="00E34A40">
            <w:r>
              <w:t>Other business assets</w:t>
            </w:r>
          </w:p>
        </w:tc>
        <w:tc>
          <w:tcPr>
            <w:tcW w:w="5184" w:type="dxa"/>
            <w:tcMar>
              <w:top w:w="80" w:type="dxa"/>
              <w:left w:w="110" w:type="dxa"/>
              <w:bottom w:w="80" w:type="dxa"/>
              <w:right w:w="110" w:type="dxa"/>
            </w:tcMar>
            <w:vAlign w:val="center"/>
          </w:tcPr>
          <w:p w14:paraId="0C31204D" w14:textId="77777777" w:rsidR="00526319" w:rsidRDefault="00E34A40" w:rsidP="00181B64">
            <w:pPr>
              <w:spacing w:before="120"/>
            </w:pPr>
            <w:r>
              <w:t>$ ______________________________</w:t>
            </w:r>
          </w:p>
        </w:tc>
      </w:tr>
      <w:tr w:rsidR="00CD7CB3" w14:paraId="15B66DA4" w14:textId="77777777" w:rsidTr="00CD7CB3">
        <w:trPr>
          <w:jc w:val="center"/>
        </w:trPr>
        <w:tc>
          <w:tcPr>
            <w:tcW w:w="5184" w:type="dxa"/>
            <w:shd w:val="clear" w:color="auto" w:fill="EAF8FB"/>
            <w:tcMar>
              <w:top w:w="80" w:type="dxa"/>
              <w:left w:w="110" w:type="dxa"/>
              <w:bottom w:w="80" w:type="dxa"/>
              <w:right w:w="110" w:type="dxa"/>
            </w:tcMar>
            <w:vAlign w:val="center"/>
          </w:tcPr>
          <w:p w14:paraId="21C3EE70" w14:textId="7F762A49" w:rsidR="00CD7CB3" w:rsidRDefault="00CD7CB3">
            <w:r>
              <w:t>Total</w:t>
            </w:r>
          </w:p>
        </w:tc>
        <w:tc>
          <w:tcPr>
            <w:tcW w:w="5184" w:type="dxa"/>
            <w:tcMar>
              <w:top w:w="80" w:type="dxa"/>
              <w:left w:w="110" w:type="dxa"/>
              <w:bottom w:w="80" w:type="dxa"/>
              <w:right w:w="110" w:type="dxa"/>
            </w:tcMar>
            <w:vAlign w:val="center"/>
          </w:tcPr>
          <w:p w14:paraId="749F135B" w14:textId="6431732F" w:rsidR="00CD7CB3" w:rsidRDefault="00CD7CB3" w:rsidP="00181B64">
            <w:pPr>
              <w:spacing w:before="120"/>
            </w:pPr>
            <w:r>
              <w:t>$______________________________</w:t>
            </w:r>
          </w:p>
        </w:tc>
      </w:tr>
    </w:tbl>
    <w:p w14:paraId="45BE98D5" w14:textId="77777777" w:rsidR="00526319" w:rsidRDefault="00526319">
      <w:pPr>
        <w:spacing w:after="80"/>
      </w:pPr>
    </w:p>
    <w:p w14:paraId="3DF05855" w14:textId="77777777" w:rsidR="00CD7CB3" w:rsidRDefault="00CD7CB3">
      <w:pPr>
        <w:spacing w:after="40"/>
        <w:rPr>
          <w:b/>
        </w:rPr>
      </w:pPr>
    </w:p>
    <w:p w14:paraId="79F1FFAF" w14:textId="77777777" w:rsidR="00CD7CB3" w:rsidRDefault="00CD7CB3">
      <w:pPr>
        <w:spacing w:after="40"/>
        <w:rPr>
          <w:b/>
        </w:rPr>
      </w:pPr>
    </w:p>
    <w:p w14:paraId="3BFA0C21" w14:textId="48798BB8" w:rsidR="00526319" w:rsidRDefault="00E34A40">
      <w:pPr>
        <w:spacing w:after="40"/>
      </w:pPr>
      <w:r>
        <w:rPr>
          <w:b/>
        </w:rPr>
        <w:lastRenderedPageBreak/>
        <w:t>Please list major assets you own (vehicles, equipment, real estate, other) and major debts not already listed</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3A930616" w14:textId="77777777">
        <w:trPr>
          <w:jc w:val="center"/>
        </w:trPr>
        <w:tc>
          <w:tcPr>
            <w:tcW w:w="10368" w:type="dxa"/>
            <w:tcMar>
              <w:top w:w="80" w:type="dxa"/>
              <w:left w:w="110" w:type="dxa"/>
              <w:bottom w:w="80" w:type="dxa"/>
              <w:right w:w="110" w:type="dxa"/>
            </w:tcMar>
            <w:vAlign w:val="center"/>
          </w:tcPr>
          <w:p w14:paraId="02B02549" w14:textId="77777777" w:rsidR="00526319" w:rsidRDefault="00E34A40">
            <w:r>
              <w:br/>
            </w:r>
            <w:r>
              <w:br/>
            </w:r>
            <w:r>
              <w:br/>
            </w:r>
          </w:p>
        </w:tc>
      </w:tr>
    </w:tbl>
    <w:p w14:paraId="355D460C" w14:textId="77777777" w:rsidR="00291D55" w:rsidRDefault="00504918">
      <w:pPr>
        <w:spacing w:after="80" w:line="252" w:lineRule="auto"/>
      </w:pPr>
      <w:r>
        <w:rPr>
          <w:b/>
          <w:sz w:val="21"/>
        </w:rPr>
        <w:t>Personal Financial Statement Continued</w:t>
      </w:r>
    </w:p>
    <w:tbl>
      <w:tblPr>
        <w:tblW w:w="0" w:type="auto"/>
        <w:jc w:val="center"/>
        <w:tblBorders>
          <w:top w:val="single" w:sz="8" w:space="0" w:color="C8D5DB"/>
          <w:left w:val="single" w:sz="8" w:space="0" w:color="C8D5DB"/>
          <w:bottom w:val="single" w:sz="8" w:space="0" w:color="C8D5DB"/>
          <w:right w:val="single" w:sz="8" w:space="0" w:color="C8D5DB"/>
          <w:insideH w:val="single" w:sz="8" w:space="0" w:color="C8D5DB"/>
          <w:insideV w:val="single" w:sz="8" w:space="0" w:color="C8D5DB"/>
        </w:tblBorders>
        <w:tblLayout w:type="fixed"/>
        <w:tblLook w:val="04A0" w:firstRow="1" w:lastRow="0" w:firstColumn="1" w:lastColumn="0" w:noHBand="0" w:noVBand="1"/>
      </w:tblPr>
      <w:tblGrid>
        <w:gridCol w:w="5184"/>
        <w:gridCol w:w="5184"/>
      </w:tblGrid>
      <w:tr w:rsidR="00291D55" w14:paraId="3EA49DE3" w14:textId="77777777">
        <w:trPr>
          <w:jc w:val="center"/>
        </w:trPr>
        <w:tc>
          <w:tcPr>
            <w:tcW w:w="5184" w:type="dxa"/>
            <w:shd w:val="clear" w:color="auto" w:fill="FBF4E1"/>
            <w:tcMar>
              <w:top w:w="85" w:type="dxa"/>
              <w:left w:w="110" w:type="dxa"/>
              <w:bottom w:w="85" w:type="dxa"/>
              <w:right w:w="110" w:type="dxa"/>
            </w:tcMar>
            <w:vAlign w:val="center"/>
          </w:tcPr>
          <w:p w14:paraId="565512D9" w14:textId="77777777" w:rsidR="00291D55" w:rsidRDefault="00504918">
            <w:r>
              <w:t>Have you ever filed for bankruptcy?</w:t>
            </w:r>
          </w:p>
        </w:tc>
        <w:tc>
          <w:tcPr>
            <w:tcW w:w="5184" w:type="dxa"/>
            <w:tcMar>
              <w:top w:w="85" w:type="dxa"/>
              <w:left w:w="110" w:type="dxa"/>
              <w:bottom w:w="85" w:type="dxa"/>
              <w:right w:w="110" w:type="dxa"/>
            </w:tcMar>
            <w:vAlign w:val="center"/>
          </w:tcPr>
          <w:p w14:paraId="18C0FC88" w14:textId="77777777" w:rsidR="00291D55" w:rsidRDefault="00504918">
            <w:r>
              <w:t>☐ Yes    ☐ No      If yes, please state which type: ____________________________</w:t>
            </w:r>
          </w:p>
        </w:tc>
      </w:tr>
      <w:tr w:rsidR="00291D55" w14:paraId="5B6E67E7" w14:textId="77777777">
        <w:trPr>
          <w:jc w:val="center"/>
        </w:trPr>
        <w:tc>
          <w:tcPr>
            <w:tcW w:w="5184" w:type="dxa"/>
            <w:shd w:val="clear" w:color="auto" w:fill="FBF4E1"/>
            <w:tcMar>
              <w:top w:w="85" w:type="dxa"/>
              <w:left w:w="110" w:type="dxa"/>
              <w:bottom w:w="85" w:type="dxa"/>
              <w:right w:w="110" w:type="dxa"/>
            </w:tcMar>
            <w:vAlign w:val="center"/>
          </w:tcPr>
          <w:p w14:paraId="4C49D4F2" w14:textId="77777777" w:rsidR="00291D55" w:rsidRDefault="00504918">
            <w:r>
              <w:t>Are there any outstanding judgments against you?</w:t>
            </w:r>
          </w:p>
        </w:tc>
        <w:tc>
          <w:tcPr>
            <w:tcW w:w="5184" w:type="dxa"/>
            <w:tcMar>
              <w:top w:w="85" w:type="dxa"/>
              <w:left w:w="110" w:type="dxa"/>
              <w:bottom w:w="85" w:type="dxa"/>
              <w:right w:w="110" w:type="dxa"/>
            </w:tcMar>
            <w:vAlign w:val="center"/>
          </w:tcPr>
          <w:p w14:paraId="477B2CB1" w14:textId="77777777" w:rsidR="00291D55" w:rsidRDefault="00504918">
            <w:r>
              <w:t>☐ Yes    ☐ No</w:t>
            </w:r>
          </w:p>
        </w:tc>
      </w:tr>
      <w:tr w:rsidR="00291D55" w14:paraId="7ECA5822" w14:textId="77777777">
        <w:trPr>
          <w:jc w:val="center"/>
        </w:trPr>
        <w:tc>
          <w:tcPr>
            <w:tcW w:w="5184" w:type="dxa"/>
            <w:shd w:val="clear" w:color="auto" w:fill="FBF4E1"/>
            <w:tcMar>
              <w:top w:w="85" w:type="dxa"/>
              <w:left w:w="110" w:type="dxa"/>
              <w:bottom w:w="85" w:type="dxa"/>
              <w:right w:w="110" w:type="dxa"/>
            </w:tcMar>
            <w:vAlign w:val="center"/>
          </w:tcPr>
          <w:p w14:paraId="3594EE72" w14:textId="77777777" w:rsidR="00291D55" w:rsidRDefault="00504918">
            <w:r>
              <w:t xml:space="preserve">Are you </w:t>
            </w:r>
            <w:proofErr w:type="gramStart"/>
            <w:r>
              <w:t>currently a party</w:t>
            </w:r>
            <w:proofErr w:type="gramEnd"/>
            <w:r>
              <w:t xml:space="preserve"> to a lawsuit?</w:t>
            </w:r>
          </w:p>
        </w:tc>
        <w:tc>
          <w:tcPr>
            <w:tcW w:w="5184" w:type="dxa"/>
            <w:tcMar>
              <w:top w:w="85" w:type="dxa"/>
              <w:left w:w="110" w:type="dxa"/>
              <w:bottom w:w="85" w:type="dxa"/>
              <w:right w:w="110" w:type="dxa"/>
            </w:tcMar>
            <w:vAlign w:val="center"/>
          </w:tcPr>
          <w:p w14:paraId="2D8C69FA" w14:textId="77777777" w:rsidR="00291D55" w:rsidRDefault="00504918">
            <w:r>
              <w:t>☐ Yes    ☐ No</w:t>
            </w:r>
          </w:p>
        </w:tc>
      </w:tr>
    </w:tbl>
    <w:p w14:paraId="33A41906" w14:textId="77777777" w:rsidR="00291D55" w:rsidRDefault="00504918">
      <w:pPr>
        <w:spacing w:after="80" w:line="252" w:lineRule="auto"/>
      </w:pPr>
      <w:r>
        <w:rPr>
          <w:sz w:val="21"/>
        </w:rPr>
        <w:t>Please provide any brief explanation that would help us understand the items above, if applicable.</w:t>
      </w:r>
    </w:p>
    <w:tbl>
      <w:tblPr>
        <w:tblW w:w="0" w:type="auto"/>
        <w:jc w:val="center"/>
        <w:tblBorders>
          <w:top w:val="single" w:sz="8" w:space="0" w:color="C8D5DB"/>
          <w:left w:val="single" w:sz="8" w:space="0" w:color="C8D5DB"/>
          <w:bottom w:val="single" w:sz="8" w:space="0" w:color="C8D5DB"/>
          <w:right w:val="single" w:sz="8" w:space="0" w:color="C8D5DB"/>
          <w:insideH w:val="single" w:sz="8" w:space="0" w:color="C8D5DB"/>
          <w:insideV w:val="single" w:sz="8" w:space="0" w:color="C8D5DB"/>
        </w:tblBorders>
        <w:tblLook w:val="04A0" w:firstRow="1" w:lastRow="0" w:firstColumn="1" w:lastColumn="0" w:noHBand="0" w:noVBand="1"/>
      </w:tblPr>
      <w:tblGrid>
        <w:gridCol w:w="10348"/>
      </w:tblGrid>
      <w:tr w:rsidR="00291D55" w14:paraId="4EE52003" w14:textId="77777777">
        <w:trPr>
          <w:jc w:val="center"/>
        </w:trPr>
        <w:tc>
          <w:tcPr>
            <w:tcW w:w="10368" w:type="dxa"/>
            <w:tcMar>
              <w:top w:w="90" w:type="dxa"/>
              <w:left w:w="110" w:type="dxa"/>
              <w:bottom w:w="90" w:type="dxa"/>
              <w:right w:w="110" w:type="dxa"/>
            </w:tcMar>
          </w:tcPr>
          <w:p w14:paraId="3960BAA5" w14:textId="77777777" w:rsidR="00291D55" w:rsidRDefault="00504918">
            <w:pPr>
              <w:spacing w:after="0" w:line="252" w:lineRule="auto"/>
            </w:pPr>
            <w:r>
              <w:br/>
            </w:r>
          </w:p>
        </w:tc>
      </w:tr>
    </w:tbl>
    <w:p w14:paraId="4709E549" w14:textId="77777777" w:rsidR="00526319" w:rsidRDefault="00526319">
      <w:pPr>
        <w:spacing w:after="80"/>
      </w:pPr>
    </w:p>
    <w:tbl>
      <w:tblPr>
        <w:tblW w:w="10430" w:type="dxa"/>
        <w:jc w:val="center"/>
        <w:tblBorders>
          <w:top w:val="single" w:sz="8" w:space="0" w:color="0091B5"/>
          <w:left w:val="single" w:sz="8" w:space="0" w:color="0091B5"/>
          <w:bottom w:val="single" w:sz="8" w:space="0" w:color="0091B5"/>
          <w:right w:val="single" w:sz="8" w:space="0" w:color="0091B5"/>
          <w:insideH w:val="single" w:sz="8" w:space="0" w:color="0091B5"/>
          <w:insideV w:val="single" w:sz="8" w:space="0" w:color="0091B5"/>
        </w:tblBorders>
        <w:tblLayout w:type="fixed"/>
        <w:tblLook w:val="04A0" w:firstRow="1" w:lastRow="0" w:firstColumn="1" w:lastColumn="0" w:noHBand="0" w:noVBand="1"/>
      </w:tblPr>
      <w:tblGrid>
        <w:gridCol w:w="10368"/>
        <w:gridCol w:w="62"/>
      </w:tblGrid>
      <w:tr w:rsidR="00526319" w14:paraId="1A3AD792" w14:textId="77777777" w:rsidTr="00CD7CB3">
        <w:trPr>
          <w:jc w:val="center"/>
        </w:trPr>
        <w:tc>
          <w:tcPr>
            <w:tcW w:w="10430" w:type="dxa"/>
            <w:gridSpan w:val="2"/>
            <w:shd w:val="clear" w:color="auto" w:fill="EAF7FB"/>
            <w:tcMar>
              <w:top w:w="90" w:type="dxa"/>
              <w:left w:w="120" w:type="dxa"/>
              <w:bottom w:w="90" w:type="dxa"/>
              <w:right w:w="120" w:type="dxa"/>
            </w:tcMar>
            <w:vAlign w:val="center"/>
          </w:tcPr>
          <w:p w14:paraId="6C0F18E4" w14:textId="77777777" w:rsidR="00526319" w:rsidRDefault="00E34A40">
            <w:pPr>
              <w:spacing w:after="0" w:line="252" w:lineRule="auto"/>
            </w:pPr>
            <w:r>
              <w:rPr>
                <w:b/>
                <w:color w:val="0091B5"/>
                <w:sz w:val="24"/>
              </w:rPr>
              <w:t>Part Two - Business Information and Financial Snapshot</w:t>
            </w:r>
          </w:p>
        </w:tc>
      </w:tr>
      <w:tr w:rsidR="00526319" w14:paraId="0A962CA1" w14:textId="77777777" w:rsidTr="00CD7CB3">
        <w:tblPrEx>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PrEx>
        <w:trPr>
          <w:gridAfter w:val="1"/>
          <w:wAfter w:w="62" w:type="dxa"/>
          <w:jc w:val="center"/>
        </w:trPr>
        <w:tc>
          <w:tcPr>
            <w:tcW w:w="10368" w:type="dxa"/>
            <w:shd w:val="clear" w:color="auto" w:fill="0093B0"/>
            <w:tcMar>
              <w:top w:w="80" w:type="dxa"/>
              <w:left w:w="110" w:type="dxa"/>
              <w:bottom w:w="80" w:type="dxa"/>
              <w:right w:w="110" w:type="dxa"/>
            </w:tcMar>
            <w:vAlign w:val="center"/>
          </w:tcPr>
          <w:p w14:paraId="5E6CAF83" w14:textId="77777777" w:rsidR="00526319" w:rsidRDefault="00E34A40">
            <w:pPr>
              <w:spacing w:after="0" w:line="252" w:lineRule="auto"/>
            </w:pPr>
            <w:r>
              <w:rPr>
                <w:b/>
                <w:color w:val="FFFFFF"/>
                <w:sz w:val="24"/>
              </w:rPr>
              <w:t>5. Tell Us About Your Business</w:t>
            </w:r>
          </w:p>
        </w:tc>
      </w:tr>
    </w:tbl>
    <w:p w14:paraId="3E3ACF84" w14:textId="77777777" w:rsidR="00526319" w:rsidRDefault="00526319">
      <w:pPr>
        <w:spacing w:after="80"/>
      </w:pPr>
    </w:p>
    <w:p w14:paraId="7137C92D" w14:textId="77777777" w:rsidR="00526319" w:rsidRDefault="00E34A40">
      <w:pPr>
        <w:spacing w:after="100"/>
      </w:pPr>
      <w:r>
        <w:rPr>
          <w:color w:val="646464"/>
          <w:sz w:val="19"/>
        </w:rPr>
        <w:t>You do not need a separate business plan to answer this section. Use plain language and provide as much detail as you can.</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12A24C03" w14:textId="77777777">
        <w:trPr>
          <w:jc w:val="center"/>
        </w:trPr>
        <w:tc>
          <w:tcPr>
            <w:tcW w:w="5184" w:type="dxa"/>
            <w:shd w:val="clear" w:color="auto" w:fill="EAF8FB"/>
            <w:tcMar>
              <w:top w:w="80" w:type="dxa"/>
              <w:left w:w="110" w:type="dxa"/>
              <w:bottom w:w="80" w:type="dxa"/>
              <w:right w:w="110" w:type="dxa"/>
            </w:tcMar>
            <w:vAlign w:val="center"/>
          </w:tcPr>
          <w:p w14:paraId="042DB578" w14:textId="77777777" w:rsidR="00526319" w:rsidRDefault="00E34A40">
            <w:r>
              <w:t>Business name</w:t>
            </w:r>
          </w:p>
        </w:tc>
        <w:tc>
          <w:tcPr>
            <w:tcW w:w="5184" w:type="dxa"/>
            <w:tcMar>
              <w:top w:w="80" w:type="dxa"/>
              <w:left w:w="110" w:type="dxa"/>
              <w:bottom w:w="80" w:type="dxa"/>
              <w:right w:w="110" w:type="dxa"/>
            </w:tcMar>
            <w:vAlign w:val="center"/>
          </w:tcPr>
          <w:p w14:paraId="68976248" w14:textId="77777777" w:rsidR="00526319" w:rsidRDefault="00E34A40" w:rsidP="00E47615">
            <w:pPr>
              <w:spacing w:before="120"/>
            </w:pPr>
            <w:r>
              <w:t>______________________________________________________________</w:t>
            </w:r>
            <w:r w:rsidR="00B5301D">
              <w:t>____________________________________________</w:t>
            </w:r>
          </w:p>
        </w:tc>
      </w:tr>
      <w:tr w:rsidR="00526319" w14:paraId="69B33F7F" w14:textId="77777777">
        <w:trPr>
          <w:jc w:val="center"/>
        </w:trPr>
        <w:tc>
          <w:tcPr>
            <w:tcW w:w="5184" w:type="dxa"/>
            <w:shd w:val="clear" w:color="auto" w:fill="EAF8FB"/>
            <w:tcMar>
              <w:top w:w="80" w:type="dxa"/>
              <w:left w:w="110" w:type="dxa"/>
              <w:bottom w:w="80" w:type="dxa"/>
              <w:right w:w="110" w:type="dxa"/>
            </w:tcMar>
            <w:vAlign w:val="center"/>
          </w:tcPr>
          <w:p w14:paraId="774AB91F" w14:textId="77777777" w:rsidR="00526319" w:rsidRDefault="00E34A40">
            <w:r>
              <w:t>Business legal structure</w:t>
            </w:r>
          </w:p>
        </w:tc>
        <w:tc>
          <w:tcPr>
            <w:tcW w:w="5184" w:type="dxa"/>
            <w:tcMar>
              <w:top w:w="80" w:type="dxa"/>
              <w:left w:w="110" w:type="dxa"/>
              <w:bottom w:w="80" w:type="dxa"/>
              <w:right w:w="110" w:type="dxa"/>
            </w:tcMar>
            <w:vAlign w:val="center"/>
          </w:tcPr>
          <w:p w14:paraId="08ACD6A5" w14:textId="77777777" w:rsidR="00526319" w:rsidRDefault="00E34A40" w:rsidP="00E47615">
            <w:pPr>
              <w:spacing w:before="120"/>
            </w:pPr>
            <w:r>
              <w:t>☐ Sole proprietorship   ☐ Partnership   ☐ LLC   ☐ Corporation   ☐ Other _____</w:t>
            </w:r>
            <w:r w:rsidR="00B5301D">
              <w:t>___________</w:t>
            </w:r>
            <w:r>
              <w:t>_</w:t>
            </w:r>
          </w:p>
        </w:tc>
      </w:tr>
      <w:tr w:rsidR="00526319" w14:paraId="1D5444F2" w14:textId="77777777">
        <w:trPr>
          <w:jc w:val="center"/>
        </w:trPr>
        <w:tc>
          <w:tcPr>
            <w:tcW w:w="5184" w:type="dxa"/>
            <w:shd w:val="clear" w:color="auto" w:fill="EAF8FB"/>
            <w:tcMar>
              <w:top w:w="80" w:type="dxa"/>
              <w:left w:w="110" w:type="dxa"/>
              <w:bottom w:w="80" w:type="dxa"/>
              <w:right w:w="110" w:type="dxa"/>
            </w:tcMar>
            <w:vAlign w:val="center"/>
          </w:tcPr>
          <w:p w14:paraId="1C97D6E3" w14:textId="77777777" w:rsidR="00526319" w:rsidRDefault="00E34A40">
            <w:r>
              <w:t>Business stage</w:t>
            </w:r>
          </w:p>
        </w:tc>
        <w:tc>
          <w:tcPr>
            <w:tcW w:w="5184" w:type="dxa"/>
            <w:tcMar>
              <w:top w:w="80" w:type="dxa"/>
              <w:left w:w="110" w:type="dxa"/>
              <w:bottom w:w="80" w:type="dxa"/>
              <w:right w:w="110" w:type="dxa"/>
            </w:tcMar>
            <w:vAlign w:val="center"/>
          </w:tcPr>
          <w:p w14:paraId="081B7D96" w14:textId="77777777" w:rsidR="00B5301D" w:rsidRDefault="00E34A40" w:rsidP="00E47615">
            <w:pPr>
              <w:spacing w:before="120"/>
            </w:pPr>
            <w:r>
              <w:t xml:space="preserve">☐ Startup   ☐ Existing </w:t>
            </w:r>
            <w:r w:rsidR="00B5301D">
              <w:t>Business</w:t>
            </w:r>
            <w:r>
              <w:t xml:space="preserve">      </w:t>
            </w:r>
          </w:p>
          <w:p w14:paraId="21ADA309" w14:textId="77777777" w:rsidR="00526319" w:rsidRDefault="00E34A40" w:rsidP="00E47615">
            <w:pPr>
              <w:spacing w:before="120"/>
            </w:pPr>
            <w:r>
              <w:t>Date business started: _____________________</w:t>
            </w:r>
            <w:r w:rsidR="00B5301D">
              <w:t>__________</w:t>
            </w:r>
          </w:p>
        </w:tc>
      </w:tr>
      <w:tr w:rsidR="00526319" w14:paraId="3CF1C993" w14:textId="77777777">
        <w:trPr>
          <w:jc w:val="center"/>
        </w:trPr>
        <w:tc>
          <w:tcPr>
            <w:tcW w:w="5184" w:type="dxa"/>
            <w:shd w:val="clear" w:color="auto" w:fill="EAF8FB"/>
            <w:tcMar>
              <w:top w:w="80" w:type="dxa"/>
              <w:left w:w="110" w:type="dxa"/>
              <w:bottom w:w="80" w:type="dxa"/>
              <w:right w:w="110" w:type="dxa"/>
            </w:tcMar>
            <w:vAlign w:val="center"/>
          </w:tcPr>
          <w:p w14:paraId="44E5C5FD" w14:textId="77777777" w:rsidR="00526319" w:rsidRDefault="00E34A40">
            <w:r>
              <w:t>Employer Identification Number (if any)</w:t>
            </w:r>
          </w:p>
        </w:tc>
        <w:tc>
          <w:tcPr>
            <w:tcW w:w="5184" w:type="dxa"/>
            <w:tcMar>
              <w:top w:w="80" w:type="dxa"/>
              <w:left w:w="110" w:type="dxa"/>
              <w:bottom w:w="80" w:type="dxa"/>
              <w:right w:w="110" w:type="dxa"/>
            </w:tcMar>
            <w:vAlign w:val="center"/>
          </w:tcPr>
          <w:p w14:paraId="3DE95F17" w14:textId="77777777" w:rsidR="00526319" w:rsidRDefault="00E34A40" w:rsidP="00E47615">
            <w:pPr>
              <w:spacing w:before="120"/>
            </w:pPr>
            <w:r>
              <w:t>______________________________________________________________</w:t>
            </w:r>
            <w:r w:rsidR="00B5301D">
              <w:t>____________________________________________</w:t>
            </w:r>
          </w:p>
        </w:tc>
      </w:tr>
      <w:tr w:rsidR="00526319" w14:paraId="179FD85F" w14:textId="77777777">
        <w:trPr>
          <w:jc w:val="center"/>
        </w:trPr>
        <w:tc>
          <w:tcPr>
            <w:tcW w:w="5184" w:type="dxa"/>
            <w:shd w:val="clear" w:color="auto" w:fill="EAF8FB"/>
            <w:tcMar>
              <w:top w:w="80" w:type="dxa"/>
              <w:left w:w="110" w:type="dxa"/>
              <w:bottom w:w="80" w:type="dxa"/>
              <w:right w:w="110" w:type="dxa"/>
            </w:tcMar>
            <w:vAlign w:val="center"/>
          </w:tcPr>
          <w:p w14:paraId="22CEEC8A" w14:textId="77777777" w:rsidR="00526319" w:rsidRDefault="00E34A40">
            <w:r>
              <w:t>Business address</w:t>
            </w:r>
          </w:p>
        </w:tc>
        <w:tc>
          <w:tcPr>
            <w:tcW w:w="5184" w:type="dxa"/>
            <w:tcMar>
              <w:top w:w="80" w:type="dxa"/>
              <w:left w:w="110" w:type="dxa"/>
              <w:bottom w:w="80" w:type="dxa"/>
              <w:right w:w="110" w:type="dxa"/>
            </w:tcMar>
            <w:vAlign w:val="center"/>
          </w:tcPr>
          <w:p w14:paraId="77551F54" w14:textId="77777777" w:rsidR="00526319" w:rsidRDefault="00E34A40" w:rsidP="00E47615">
            <w:pPr>
              <w:spacing w:before="120"/>
            </w:pPr>
            <w:r>
              <w:t>_____________________________________________________________</w:t>
            </w:r>
            <w:r w:rsidR="00B5301D">
              <w:t>____________________________________________</w:t>
            </w:r>
            <w:r>
              <w:t>_</w:t>
            </w:r>
          </w:p>
        </w:tc>
      </w:tr>
      <w:tr w:rsidR="00526319" w14:paraId="73F5026F" w14:textId="77777777">
        <w:trPr>
          <w:jc w:val="center"/>
        </w:trPr>
        <w:tc>
          <w:tcPr>
            <w:tcW w:w="5184" w:type="dxa"/>
            <w:shd w:val="clear" w:color="auto" w:fill="EAF8FB"/>
            <w:tcMar>
              <w:top w:w="80" w:type="dxa"/>
              <w:left w:w="110" w:type="dxa"/>
              <w:bottom w:w="80" w:type="dxa"/>
              <w:right w:w="110" w:type="dxa"/>
            </w:tcMar>
            <w:vAlign w:val="center"/>
          </w:tcPr>
          <w:p w14:paraId="6A3C7BEB" w14:textId="77777777" w:rsidR="00526319" w:rsidRDefault="00E34A40">
            <w:r>
              <w:lastRenderedPageBreak/>
              <w:t>How many locations does the business have?</w:t>
            </w:r>
          </w:p>
        </w:tc>
        <w:tc>
          <w:tcPr>
            <w:tcW w:w="5184" w:type="dxa"/>
            <w:tcMar>
              <w:top w:w="80" w:type="dxa"/>
              <w:left w:w="110" w:type="dxa"/>
              <w:bottom w:w="80" w:type="dxa"/>
              <w:right w:w="110" w:type="dxa"/>
            </w:tcMar>
            <w:vAlign w:val="center"/>
          </w:tcPr>
          <w:p w14:paraId="2D6AC42F" w14:textId="77777777" w:rsidR="00526319" w:rsidRDefault="00E34A40" w:rsidP="00E47615">
            <w:pPr>
              <w:spacing w:before="120"/>
            </w:pPr>
            <w:r>
              <w:t>_____________________________________________________________</w:t>
            </w:r>
            <w:r w:rsidR="00B5301D">
              <w:t>____________________________________________</w:t>
            </w:r>
            <w:r>
              <w:t>_</w:t>
            </w:r>
          </w:p>
        </w:tc>
      </w:tr>
      <w:tr w:rsidR="00526319" w14:paraId="02C43CD3" w14:textId="77777777">
        <w:trPr>
          <w:jc w:val="center"/>
        </w:trPr>
        <w:tc>
          <w:tcPr>
            <w:tcW w:w="5184" w:type="dxa"/>
            <w:shd w:val="clear" w:color="auto" w:fill="EAF8FB"/>
            <w:tcMar>
              <w:top w:w="80" w:type="dxa"/>
              <w:left w:w="110" w:type="dxa"/>
              <w:bottom w:w="80" w:type="dxa"/>
              <w:right w:w="110" w:type="dxa"/>
            </w:tcMar>
            <w:vAlign w:val="center"/>
          </w:tcPr>
          <w:p w14:paraId="196B417B" w14:textId="77777777" w:rsidR="00526319" w:rsidRDefault="00E34A40">
            <w:r>
              <w:t>Current employees</w:t>
            </w:r>
          </w:p>
        </w:tc>
        <w:tc>
          <w:tcPr>
            <w:tcW w:w="5184" w:type="dxa"/>
            <w:tcMar>
              <w:top w:w="80" w:type="dxa"/>
              <w:left w:w="110" w:type="dxa"/>
              <w:bottom w:w="80" w:type="dxa"/>
              <w:right w:w="110" w:type="dxa"/>
            </w:tcMar>
            <w:vAlign w:val="center"/>
          </w:tcPr>
          <w:p w14:paraId="42BBC78D" w14:textId="77777777" w:rsidR="00B5301D" w:rsidRDefault="00E34A40" w:rsidP="00E47615">
            <w:pPr>
              <w:spacing w:before="120"/>
            </w:pPr>
            <w:r>
              <w:t>Full-</w:t>
            </w:r>
            <w:r w:rsidR="00B5301D">
              <w:t>time: _________</w:t>
            </w:r>
            <w:proofErr w:type="gramStart"/>
            <w:r w:rsidR="00B5301D">
              <w:t>_  Part</w:t>
            </w:r>
            <w:proofErr w:type="gramEnd"/>
            <w:r w:rsidR="00B5301D">
              <w:t>-time: __</w:t>
            </w:r>
            <w:r>
              <w:t xml:space="preserve">__________    </w:t>
            </w:r>
          </w:p>
          <w:p w14:paraId="38E34B15" w14:textId="77777777" w:rsidR="00526319" w:rsidRDefault="00E34A40" w:rsidP="00E47615">
            <w:pPr>
              <w:spacing w:before="120"/>
            </w:pPr>
            <w:r>
              <w:t>Seasonal: __________</w:t>
            </w:r>
          </w:p>
        </w:tc>
      </w:tr>
      <w:tr w:rsidR="00526319" w14:paraId="144D8CD9" w14:textId="77777777">
        <w:trPr>
          <w:jc w:val="center"/>
        </w:trPr>
        <w:tc>
          <w:tcPr>
            <w:tcW w:w="5184" w:type="dxa"/>
            <w:shd w:val="clear" w:color="auto" w:fill="EAF8FB"/>
            <w:tcMar>
              <w:top w:w="80" w:type="dxa"/>
              <w:left w:w="110" w:type="dxa"/>
              <w:bottom w:w="80" w:type="dxa"/>
              <w:right w:w="110" w:type="dxa"/>
            </w:tcMar>
            <w:vAlign w:val="center"/>
          </w:tcPr>
          <w:p w14:paraId="3D5E161C" w14:textId="77777777" w:rsidR="00526319" w:rsidRDefault="00E34A40">
            <w:r>
              <w:t>Projected employees in next 12 months</w:t>
            </w:r>
          </w:p>
        </w:tc>
        <w:tc>
          <w:tcPr>
            <w:tcW w:w="5184" w:type="dxa"/>
            <w:tcMar>
              <w:top w:w="80" w:type="dxa"/>
              <w:left w:w="110" w:type="dxa"/>
              <w:bottom w:w="80" w:type="dxa"/>
              <w:right w:w="110" w:type="dxa"/>
            </w:tcMar>
            <w:vAlign w:val="center"/>
          </w:tcPr>
          <w:p w14:paraId="5D831780" w14:textId="77777777" w:rsidR="00B5301D" w:rsidRDefault="00E34A40" w:rsidP="00E47615">
            <w:pPr>
              <w:spacing w:before="120"/>
            </w:pPr>
            <w:r>
              <w:t>Full-</w:t>
            </w:r>
            <w:proofErr w:type="gramStart"/>
            <w:r w:rsidR="00B5301D">
              <w:t>time: __</w:t>
            </w:r>
            <w:proofErr w:type="gramEnd"/>
            <w:r w:rsidR="00B5301D">
              <w:t>_________ Part-time: __</w:t>
            </w:r>
            <w:r>
              <w:t xml:space="preserve">__________    </w:t>
            </w:r>
          </w:p>
          <w:p w14:paraId="0929667D" w14:textId="77777777" w:rsidR="00526319" w:rsidRDefault="00E34A40" w:rsidP="00E47615">
            <w:pPr>
              <w:spacing w:before="120"/>
            </w:pPr>
            <w:r>
              <w:t>Seasonal: __________</w:t>
            </w:r>
          </w:p>
        </w:tc>
      </w:tr>
    </w:tbl>
    <w:p w14:paraId="7E212696" w14:textId="77777777" w:rsidR="00526319" w:rsidRDefault="00526319">
      <w:pPr>
        <w:spacing w:after="80"/>
      </w:pPr>
    </w:p>
    <w:p w14:paraId="58D24CD0" w14:textId="77777777" w:rsidR="00526319" w:rsidRDefault="00E34A40">
      <w:pPr>
        <w:spacing w:after="40"/>
      </w:pPr>
      <w:r>
        <w:rPr>
          <w:b/>
        </w:rPr>
        <w:t>What does your business do? What products or services do you sell?</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3A8F8A5C" w14:textId="77777777">
        <w:trPr>
          <w:jc w:val="center"/>
        </w:trPr>
        <w:tc>
          <w:tcPr>
            <w:tcW w:w="10368" w:type="dxa"/>
            <w:tcMar>
              <w:top w:w="80" w:type="dxa"/>
              <w:left w:w="110" w:type="dxa"/>
              <w:bottom w:w="80" w:type="dxa"/>
              <w:right w:w="110" w:type="dxa"/>
            </w:tcMar>
            <w:vAlign w:val="center"/>
          </w:tcPr>
          <w:p w14:paraId="16D9BF60" w14:textId="77777777" w:rsidR="00526319" w:rsidRDefault="00E34A40">
            <w:r>
              <w:br/>
            </w:r>
            <w:r>
              <w:br/>
            </w:r>
          </w:p>
        </w:tc>
      </w:tr>
    </w:tbl>
    <w:p w14:paraId="2FBBC603" w14:textId="77777777" w:rsidR="00526319" w:rsidRDefault="00526319">
      <w:pPr>
        <w:spacing w:after="80"/>
      </w:pPr>
    </w:p>
    <w:p w14:paraId="51A82BB8" w14:textId="77777777" w:rsidR="00526319" w:rsidRDefault="00E34A40">
      <w:pPr>
        <w:spacing w:after="40"/>
      </w:pPr>
      <w:r>
        <w:rPr>
          <w:b/>
        </w:rPr>
        <w:t>How long have you personally worked in this line of business? Describe your experience.</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52288FF0" w14:textId="77777777">
        <w:trPr>
          <w:jc w:val="center"/>
        </w:trPr>
        <w:tc>
          <w:tcPr>
            <w:tcW w:w="10368" w:type="dxa"/>
            <w:tcMar>
              <w:top w:w="80" w:type="dxa"/>
              <w:left w:w="110" w:type="dxa"/>
              <w:bottom w:w="80" w:type="dxa"/>
              <w:right w:w="110" w:type="dxa"/>
            </w:tcMar>
            <w:vAlign w:val="center"/>
          </w:tcPr>
          <w:p w14:paraId="3BA20863" w14:textId="77777777" w:rsidR="00526319" w:rsidRDefault="00E34A40">
            <w:r>
              <w:br/>
            </w:r>
            <w:r>
              <w:br/>
            </w:r>
          </w:p>
        </w:tc>
      </w:tr>
    </w:tbl>
    <w:p w14:paraId="7926B915" w14:textId="77777777" w:rsidR="00526319" w:rsidRDefault="00526319">
      <w:pPr>
        <w:spacing w:after="80"/>
      </w:pPr>
    </w:p>
    <w:p w14:paraId="5D976518" w14:textId="77777777" w:rsidR="00526319" w:rsidRDefault="00E34A40">
      <w:pPr>
        <w:spacing w:after="40"/>
      </w:pPr>
      <w:r>
        <w:rPr>
          <w:b/>
        </w:rPr>
        <w:t>Who are your main customers? What are your top 3 revenue sources?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0153CA23" w14:textId="77777777">
        <w:trPr>
          <w:jc w:val="center"/>
        </w:trPr>
        <w:tc>
          <w:tcPr>
            <w:tcW w:w="10368" w:type="dxa"/>
            <w:tcMar>
              <w:top w:w="80" w:type="dxa"/>
              <w:left w:w="110" w:type="dxa"/>
              <w:bottom w:w="80" w:type="dxa"/>
              <w:right w:w="110" w:type="dxa"/>
            </w:tcMar>
            <w:vAlign w:val="center"/>
          </w:tcPr>
          <w:p w14:paraId="140E3D56" w14:textId="77777777" w:rsidR="00526319" w:rsidRDefault="00E34A40">
            <w:r>
              <w:br/>
            </w:r>
            <w:r>
              <w:br/>
            </w:r>
          </w:p>
        </w:tc>
      </w:tr>
    </w:tbl>
    <w:p w14:paraId="067E558B" w14:textId="77777777" w:rsidR="00526319" w:rsidRDefault="00526319">
      <w:pPr>
        <w:spacing w:after="80"/>
      </w:pP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39AF51E0" w14:textId="77777777">
        <w:trPr>
          <w:jc w:val="center"/>
        </w:trPr>
        <w:tc>
          <w:tcPr>
            <w:tcW w:w="10368" w:type="dxa"/>
            <w:shd w:val="clear" w:color="auto" w:fill="F0C544"/>
            <w:tcMar>
              <w:top w:w="80" w:type="dxa"/>
              <w:left w:w="110" w:type="dxa"/>
              <w:bottom w:w="80" w:type="dxa"/>
              <w:right w:w="110" w:type="dxa"/>
            </w:tcMar>
            <w:vAlign w:val="center"/>
          </w:tcPr>
          <w:p w14:paraId="37A46B26" w14:textId="77777777" w:rsidR="00526319" w:rsidRDefault="00E34A40">
            <w:pPr>
              <w:spacing w:after="0" w:line="252" w:lineRule="auto"/>
            </w:pPr>
            <w:r>
              <w:rPr>
                <w:b/>
                <w:color w:val="FFFFFF"/>
                <w:sz w:val="24"/>
              </w:rPr>
              <w:t>6. Business Operations Snapshot</w:t>
            </w:r>
          </w:p>
        </w:tc>
      </w:tr>
    </w:tbl>
    <w:p w14:paraId="15E4DA64" w14:textId="77777777" w:rsidR="00526319" w:rsidRDefault="00526319">
      <w:pPr>
        <w:spacing w:after="80"/>
      </w:pPr>
    </w:p>
    <w:p w14:paraId="079AE3E8" w14:textId="77777777" w:rsidR="00526319" w:rsidRDefault="00E34A40">
      <w:pPr>
        <w:spacing w:after="100"/>
      </w:pPr>
      <w:r>
        <w:rPr>
          <w:color w:val="646464"/>
          <w:sz w:val="19"/>
        </w:rPr>
        <w:t>This section helps us understand how the business really works day to day.</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1DBF5A4E" w14:textId="77777777">
        <w:trPr>
          <w:jc w:val="center"/>
        </w:trPr>
        <w:tc>
          <w:tcPr>
            <w:tcW w:w="5184" w:type="dxa"/>
            <w:shd w:val="clear" w:color="auto" w:fill="FBF4E1"/>
            <w:tcMar>
              <w:top w:w="80" w:type="dxa"/>
              <w:left w:w="110" w:type="dxa"/>
              <w:bottom w:w="80" w:type="dxa"/>
              <w:right w:w="110" w:type="dxa"/>
            </w:tcMar>
            <w:vAlign w:val="center"/>
          </w:tcPr>
          <w:p w14:paraId="5C25E9E3" w14:textId="77777777" w:rsidR="00526319" w:rsidRDefault="00E34A40">
            <w:r>
              <w:t>How do you get paid?</w:t>
            </w:r>
          </w:p>
        </w:tc>
        <w:tc>
          <w:tcPr>
            <w:tcW w:w="5184" w:type="dxa"/>
            <w:tcMar>
              <w:top w:w="80" w:type="dxa"/>
              <w:left w:w="110" w:type="dxa"/>
              <w:bottom w:w="80" w:type="dxa"/>
              <w:right w:w="110" w:type="dxa"/>
            </w:tcMar>
            <w:vAlign w:val="center"/>
          </w:tcPr>
          <w:p w14:paraId="358A828E" w14:textId="77777777" w:rsidR="00526319" w:rsidRDefault="00E34A40" w:rsidP="00E47615">
            <w:pPr>
              <w:spacing w:before="120"/>
            </w:pPr>
            <w:r>
              <w:t>☐ Cash   ☐ Card   ☐ Invoices   ☐ Contracts   ☐ Online payments   ☐ Mixed</w:t>
            </w:r>
          </w:p>
        </w:tc>
      </w:tr>
      <w:tr w:rsidR="00526319" w14:paraId="2FB579B0" w14:textId="77777777">
        <w:trPr>
          <w:jc w:val="center"/>
        </w:trPr>
        <w:tc>
          <w:tcPr>
            <w:tcW w:w="5184" w:type="dxa"/>
            <w:shd w:val="clear" w:color="auto" w:fill="FBF4E1"/>
            <w:tcMar>
              <w:top w:w="80" w:type="dxa"/>
              <w:left w:w="110" w:type="dxa"/>
              <w:bottom w:w="80" w:type="dxa"/>
              <w:right w:w="110" w:type="dxa"/>
            </w:tcMar>
            <w:vAlign w:val="center"/>
          </w:tcPr>
          <w:p w14:paraId="50F81835" w14:textId="77777777" w:rsidR="00526319" w:rsidRDefault="00E34A40">
            <w:r>
              <w:t>Do customers pay right away or later?</w:t>
            </w:r>
          </w:p>
        </w:tc>
        <w:tc>
          <w:tcPr>
            <w:tcW w:w="5184" w:type="dxa"/>
            <w:tcMar>
              <w:top w:w="80" w:type="dxa"/>
              <w:left w:w="110" w:type="dxa"/>
              <w:bottom w:w="80" w:type="dxa"/>
              <w:right w:w="110" w:type="dxa"/>
            </w:tcMar>
            <w:vAlign w:val="center"/>
          </w:tcPr>
          <w:p w14:paraId="58C59A18" w14:textId="77777777" w:rsidR="00526319" w:rsidRDefault="00E34A40" w:rsidP="00E47615">
            <w:pPr>
              <w:spacing w:before="120"/>
            </w:pPr>
            <w:r>
              <w:t>☐ Right away   ☐ Later / terms   ☐ Both</w:t>
            </w:r>
          </w:p>
        </w:tc>
      </w:tr>
      <w:tr w:rsidR="00526319" w14:paraId="33354393" w14:textId="77777777">
        <w:trPr>
          <w:jc w:val="center"/>
        </w:trPr>
        <w:tc>
          <w:tcPr>
            <w:tcW w:w="5184" w:type="dxa"/>
            <w:shd w:val="clear" w:color="auto" w:fill="FBF4E1"/>
            <w:tcMar>
              <w:top w:w="80" w:type="dxa"/>
              <w:left w:w="110" w:type="dxa"/>
              <w:bottom w:w="80" w:type="dxa"/>
              <w:right w:w="110" w:type="dxa"/>
            </w:tcMar>
            <w:vAlign w:val="center"/>
          </w:tcPr>
          <w:p w14:paraId="600A2F26" w14:textId="77777777" w:rsidR="00526319" w:rsidRDefault="00E34A40">
            <w:r>
              <w:t>Do you keep inventory?</w:t>
            </w:r>
          </w:p>
        </w:tc>
        <w:tc>
          <w:tcPr>
            <w:tcW w:w="5184" w:type="dxa"/>
            <w:tcMar>
              <w:top w:w="80" w:type="dxa"/>
              <w:left w:w="110" w:type="dxa"/>
              <w:bottom w:w="80" w:type="dxa"/>
              <w:right w:w="110" w:type="dxa"/>
            </w:tcMar>
            <w:vAlign w:val="center"/>
          </w:tcPr>
          <w:p w14:paraId="01BFB953" w14:textId="77777777" w:rsidR="00526319" w:rsidRDefault="00E34A40" w:rsidP="00E47615">
            <w:pPr>
              <w:spacing w:before="120"/>
            </w:pPr>
            <w:r>
              <w:t>☐ Yes   ☐ No      If yes, describe briefly: _________________________________</w:t>
            </w:r>
          </w:p>
        </w:tc>
      </w:tr>
      <w:tr w:rsidR="00526319" w14:paraId="00D72E12" w14:textId="77777777">
        <w:trPr>
          <w:jc w:val="center"/>
        </w:trPr>
        <w:tc>
          <w:tcPr>
            <w:tcW w:w="5184" w:type="dxa"/>
            <w:shd w:val="clear" w:color="auto" w:fill="FBF4E1"/>
            <w:tcMar>
              <w:top w:w="80" w:type="dxa"/>
              <w:left w:w="110" w:type="dxa"/>
              <w:bottom w:w="80" w:type="dxa"/>
              <w:right w:w="110" w:type="dxa"/>
            </w:tcMar>
            <w:vAlign w:val="center"/>
          </w:tcPr>
          <w:p w14:paraId="1D6E2E81" w14:textId="77777777" w:rsidR="00526319" w:rsidRDefault="00E34A40">
            <w:r>
              <w:lastRenderedPageBreak/>
              <w:t>Do you have regular suppliers or vendors?</w:t>
            </w:r>
          </w:p>
        </w:tc>
        <w:tc>
          <w:tcPr>
            <w:tcW w:w="5184" w:type="dxa"/>
            <w:tcMar>
              <w:top w:w="80" w:type="dxa"/>
              <w:left w:w="110" w:type="dxa"/>
              <w:bottom w:w="80" w:type="dxa"/>
              <w:right w:w="110" w:type="dxa"/>
            </w:tcMar>
            <w:vAlign w:val="center"/>
          </w:tcPr>
          <w:p w14:paraId="26FADC03" w14:textId="77777777" w:rsidR="00526319" w:rsidRDefault="00E34A40" w:rsidP="00E47615">
            <w:pPr>
              <w:spacing w:before="120"/>
            </w:pPr>
            <w:r>
              <w:t>☐ Yes   ☐ No      Main suppliers: ________________________________</w:t>
            </w:r>
          </w:p>
        </w:tc>
      </w:tr>
      <w:tr w:rsidR="00526319" w14:paraId="34CBE650" w14:textId="77777777">
        <w:trPr>
          <w:jc w:val="center"/>
        </w:trPr>
        <w:tc>
          <w:tcPr>
            <w:tcW w:w="5184" w:type="dxa"/>
            <w:shd w:val="clear" w:color="auto" w:fill="FBF4E1"/>
            <w:tcMar>
              <w:top w:w="80" w:type="dxa"/>
              <w:left w:w="110" w:type="dxa"/>
              <w:bottom w:w="80" w:type="dxa"/>
              <w:right w:w="110" w:type="dxa"/>
            </w:tcMar>
            <w:vAlign w:val="center"/>
          </w:tcPr>
          <w:p w14:paraId="5A0F06E2" w14:textId="77777777" w:rsidR="00526319" w:rsidRDefault="00E34A40">
            <w:r>
              <w:t>Do vendors extend terms to you?</w:t>
            </w:r>
          </w:p>
        </w:tc>
        <w:tc>
          <w:tcPr>
            <w:tcW w:w="5184" w:type="dxa"/>
            <w:tcMar>
              <w:top w:w="80" w:type="dxa"/>
              <w:left w:w="110" w:type="dxa"/>
              <w:bottom w:w="80" w:type="dxa"/>
              <w:right w:w="110" w:type="dxa"/>
            </w:tcMar>
            <w:vAlign w:val="center"/>
          </w:tcPr>
          <w:p w14:paraId="0D87FB99" w14:textId="77777777" w:rsidR="00526319" w:rsidRDefault="00E34A40" w:rsidP="00E47615">
            <w:pPr>
              <w:spacing w:before="120"/>
            </w:pPr>
            <w:r>
              <w:t>☐ Yes   ☐ No      If yes, typical terms: ___________________________</w:t>
            </w:r>
          </w:p>
        </w:tc>
      </w:tr>
      <w:tr w:rsidR="00526319" w14:paraId="1C9A101E" w14:textId="77777777">
        <w:trPr>
          <w:jc w:val="center"/>
        </w:trPr>
        <w:tc>
          <w:tcPr>
            <w:tcW w:w="5184" w:type="dxa"/>
            <w:shd w:val="clear" w:color="auto" w:fill="FBF4E1"/>
            <w:tcMar>
              <w:top w:w="80" w:type="dxa"/>
              <w:left w:w="110" w:type="dxa"/>
              <w:bottom w:w="80" w:type="dxa"/>
              <w:right w:w="110" w:type="dxa"/>
            </w:tcMar>
            <w:vAlign w:val="center"/>
          </w:tcPr>
          <w:p w14:paraId="0D4F5AB7" w14:textId="77777777" w:rsidR="00526319" w:rsidRDefault="00E34A40">
            <w:r>
              <w:t>Where does the business operate?</w:t>
            </w:r>
          </w:p>
        </w:tc>
        <w:tc>
          <w:tcPr>
            <w:tcW w:w="5184" w:type="dxa"/>
            <w:tcMar>
              <w:top w:w="80" w:type="dxa"/>
              <w:left w:w="110" w:type="dxa"/>
              <w:bottom w:w="80" w:type="dxa"/>
              <w:right w:w="110" w:type="dxa"/>
            </w:tcMar>
            <w:vAlign w:val="center"/>
          </w:tcPr>
          <w:p w14:paraId="3857D52E" w14:textId="77777777" w:rsidR="00526319" w:rsidRDefault="00E34A40" w:rsidP="00E47615">
            <w:pPr>
              <w:spacing w:before="120"/>
            </w:pPr>
            <w:r>
              <w:t>☐ Home-based   ☐ Leased space   ☐ Owned site   ☐ Mobile   ☐ Tribal land</w:t>
            </w:r>
          </w:p>
        </w:tc>
      </w:tr>
      <w:tr w:rsidR="00526319" w14:paraId="43A47796" w14:textId="77777777">
        <w:trPr>
          <w:jc w:val="center"/>
        </w:trPr>
        <w:tc>
          <w:tcPr>
            <w:tcW w:w="5184" w:type="dxa"/>
            <w:shd w:val="clear" w:color="auto" w:fill="FBF4E1"/>
            <w:tcMar>
              <w:top w:w="80" w:type="dxa"/>
              <w:left w:w="110" w:type="dxa"/>
              <w:bottom w:w="80" w:type="dxa"/>
              <w:right w:w="110" w:type="dxa"/>
            </w:tcMar>
            <w:vAlign w:val="center"/>
          </w:tcPr>
          <w:p w14:paraId="5D691089" w14:textId="77777777" w:rsidR="00526319" w:rsidRDefault="00E34A40">
            <w:r>
              <w:t>How do you keep records?</w:t>
            </w:r>
          </w:p>
        </w:tc>
        <w:tc>
          <w:tcPr>
            <w:tcW w:w="5184" w:type="dxa"/>
            <w:tcMar>
              <w:top w:w="80" w:type="dxa"/>
              <w:left w:w="110" w:type="dxa"/>
              <w:bottom w:w="80" w:type="dxa"/>
              <w:right w:w="110" w:type="dxa"/>
            </w:tcMar>
            <w:vAlign w:val="center"/>
          </w:tcPr>
          <w:p w14:paraId="22AC361B" w14:textId="77777777" w:rsidR="00526319" w:rsidRDefault="00E34A40">
            <w:r>
              <w:t>☐ Notebook   ☐ Spreadsheet   ☐ QuickBooks   ☐ Accountant / bookkeeper   ☐ Other</w:t>
            </w:r>
          </w:p>
        </w:tc>
      </w:tr>
    </w:tbl>
    <w:p w14:paraId="178C7DCD" w14:textId="77777777" w:rsidR="00526319" w:rsidRDefault="00526319">
      <w:pPr>
        <w:spacing w:after="80"/>
      </w:pPr>
    </w:p>
    <w:p w14:paraId="03C2DFD1" w14:textId="77777777" w:rsidR="00526319" w:rsidRDefault="00E34A40">
      <w:pPr>
        <w:spacing w:after="40"/>
      </w:pPr>
      <w:r>
        <w:rPr>
          <w:b/>
        </w:rPr>
        <w:t>Describe any seasonality, licensing requirements, permits, or industry-specific factors that affect the business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373420D0" w14:textId="77777777">
        <w:trPr>
          <w:jc w:val="center"/>
        </w:trPr>
        <w:tc>
          <w:tcPr>
            <w:tcW w:w="10368" w:type="dxa"/>
            <w:tcMar>
              <w:top w:w="80" w:type="dxa"/>
              <w:left w:w="110" w:type="dxa"/>
              <w:bottom w:w="80" w:type="dxa"/>
              <w:right w:w="110" w:type="dxa"/>
            </w:tcMar>
            <w:vAlign w:val="center"/>
          </w:tcPr>
          <w:p w14:paraId="66110D32" w14:textId="77777777" w:rsidR="00526319" w:rsidRDefault="00E34A40">
            <w:r>
              <w:br/>
            </w:r>
            <w:r>
              <w:br/>
            </w:r>
          </w:p>
        </w:tc>
      </w:tr>
    </w:tbl>
    <w:p w14:paraId="65DBA9BF" w14:textId="77777777" w:rsidR="00526319" w:rsidRDefault="00526319">
      <w:pPr>
        <w:spacing w:after="80"/>
      </w:pPr>
    </w:p>
    <w:p w14:paraId="370BEA97" w14:textId="77777777" w:rsidR="00526319" w:rsidRDefault="00E34A40">
      <w:r>
        <w:br w:type="page"/>
      </w:r>
    </w:p>
    <w:tbl>
      <w:tblPr>
        <w:tblW w:w="0" w:type="auto"/>
        <w:jc w:val="center"/>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Layout w:type="fixed"/>
        <w:tblLook w:val="04A0" w:firstRow="1" w:lastRow="0" w:firstColumn="1" w:lastColumn="0" w:noHBand="0" w:noVBand="1"/>
      </w:tblPr>
      <w:tblGrid>
        <w:gridCol w:w="10368"/>
      </w:tblGrid>
      <w:tr w:rsidR="00526319" w14:paraId="53DF1A5F" w14:textId="77777777">
        <w:trPr>
          <w:jc w:val="center"/>
        </w:trPr>
        <w:tc>
          <w:tcPr>
            <w:tcW w:w="10368" w:type="dxa"/>
            <w:shd w:val="clear" w:color="auto" w:fill="0093B0"/>
            <w:tcMar>
              <w:top w:w="80" w:type="dxa"/>
              <w:left w:w="110" w:type="dxa"/>
              <w:bottom w:w="80" w:type="dxa"/>
              <w:right w:w="110" w:type="dxa"/>
            </w:tcMar>
            <w:vAlign w:val="center"/>
          </w:tcPr>
          <w:p w14:paraId="5F337367" w14:textId="77777777" w:rsidR="00526319" w:rsidRDefault="00E34A40">
            <w:pPr>
              <w:spacing w:after="0" w:line="252" w:lineRule="auto"/>
            </w:pPr>
            <w:r>
              <w:rPr>
                <w:b/>
                <w:color w:val="FFFFFF"/>
                <w:sz w:val="24"/>
              </w:rPr>
              <w:lastRenderedPageBreak/>
              <w:t>7. Records or Documents Available Today</w:t>
            </w:r>
          </w:p>
        </w:tc>
      </w:tr>
    </w:tbl>
    <w:p w14:paraId="31039431" w14:textId="77777777" w:rsidR="00526319" w:rsidRDefault="00526319">
      <w:pPr>
        <w:spacing w:after="80"/>
      </w:pPr>
    </w:p>
    <w:p w14:paraId="7158E1EE" w14:textId="77777777" w:rsidR="00526319" w:rsidRDefault="00E34A40">
      <w:pPr>
        <w:spacing w:after="100"/>
      </w:pPr>
      <w:r>
        <w:rPr>
          <w:color w:val="646464"/>
          <w:sz w:val="19"/>
        </w:rPr>
        <w:t>Check everything you can provide now. If you do not have formal financial statements, tell us what other records you use.</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2592"/>
        <w:gridCol w:w="2592"/>
        <w:gridCol w:w="2592"/>
        <w:gridCol w:w="2592"/>
      </w:tblGrid>
      <w:tr w:rsidR="00526319" w14:paraId="4B17CB88" w14:textId="77777777">
        <w:trPr>
          <w:jc w:val="center"/>
        </w:trPr>
        <w:tc>
          <w:tcPr>
            <w:tcW w:w="2592" w:type="dxa"/>
            <w:shd w:val="clear" w:color="auto" w:fill="EAF8FB"/>
            <w:tcMar>
              <w:top w:w="80" w:type="dxa"/>
              <w:left w:w="110" w:type="dxa"/>
              <w:bottom w:w="80" w:type="dxa"/>
              <w:right w:w="110" w:type="dxa"/>
            </w:tcMar>
            <w:vAlign w:val="center"/>
          </w:tcPr>
          <w:p w14:paraId="79E06842" w14:textId="77777777" w:rsidR="00526319" w:rsidRDefault="00E34A40">
            <w:r>
              <w:t>☐ Business tax returns</w:t>
            </w:r>
          </w:p>
        </w:tc>
        <w:tc>
          <w:tcPr>
            <w:tcW w:w="2592" w:type="dxa"/>
            <w:shd w:val="clear" w:color="auto" w:fill="EAF8FB"/>
            <w:tcMar>
              <w:top w:w="80" w:type="dxa"/>
              <w:left w:w="110" w:type="dxa"/>
              <w:bottom w:w="80" w:type="dxa"/>
              <w:right w:w="110" w:type="dxa"/>
            </w:tcMar>
            <w:vAlign w:val="center"/>
          </w:tcPr>
          <w:p w14:paraId="310CB579" w14:textId="77777777" w:rsidR="00526319" w:rsidRDefault="00E34A40">
            <w:r>
              <w:t>☐ Personal tax returns</w:t>
            </w:r>
          </w:p>
        </w:tc>
        <w:tc>
          <w:tcPr>
            <w:tcW w:w="2592" w:type="dxa"/>
            <w:shd w:val="clear" w:color="auto" w:fill="EAF8FB"/>
            <w:tcMar>
              <w:top w:w="80" w:type="dxa"/>
              <w:left w:w="110" w:type="dxa"/>
              <w:bottom w:w="80" w:type="dxa"/>
              <w:right w:w="110" w:type="dxa"/>
            </w:tcMar>
            <w:vAlign w:val="center"/>
          </w:tcPr>
          <w:p w14:paraId="4F9AA26C" w14:textId="77777777" w:rsidR="00526319" w:rsidRDefault="00E34A40">
            <w:r>
              <w:t>☐ Bank statements</w:t>
            </w:r>
          </w:p>
        </w:tc>
        <w:tc>
          <w:tcPr>
            <w:tcW w:w="2592" w:type="dxa"/>
            <w:shd w:val="clear" w:color="auto" w:fill="EAF8FB"/>
            <w:tcMar>
              <w:top w:w="80" w:type="dxa"/>
              <w:left w:w="110" w:type="dxa"/>
              <w:bottom w:w="80" w:type="dxa"/>
              <w:right w:w="110" w:type="dxa"/>
            </w:tcMar>
            <w:vAlign w:val="center"/>
          </w:tcPr>
          <w:p w14:paraId="7A55DD4D" w14:textId="77777777" w:rsidR="00526319" w:rsidRDefault="00E34A40">
            <w:r>
              <w:t>☐ Profit and loss statement</w:t>
            </w:r>
          </w:p>
        </w:tc>
      </w:tr>
      <w:tr w:rsidR="00526319" w14:paraId="04F7B095" w14:textId="77777777">
        <w:trPr>
          <w:jc w:val="center"/>
        </w:trPr>
        <w:tc>
          <w:tcPr>
            <w:tcW w:w="2592" w:type="dxa"/>
            <w:shd w:val="clear" w:color="auto" w:fill="FFFFFF"/>
            <w:tcMar>
              <w:top w:w="80" w:type="dxa"/>
              <w:left w:w="110" w:type="dxa"/>
              <w:bottom w:w="80" w:type="dxa"/>
              <w:right w:w="110" w:type="dxa"/>
            </w:tcMar>
            <w:vAlign w:val="center"/>
          </w:tcPr>
          <w:p w14:paraId="6AE80449" w14:textId="77777777" w:rsidR="00526319" w:rsidRDefault="00E34A40">
            <w:r>
              <w:t>☐ Balance sheet</w:t>
            </w:r>
          </w:p>
        </w:tc>
        <w:tc>
          <w:tcPr>
            <w:tcW w:w="2592" w:type="dxa"/>
            <w:shd w:val="clear" w:color="auto" w:fill="FFFFFF"/>
            <w:tcMar>
              <w:top w:w="80" w:type="dxa"/>
              <w:left w:w="110" w:type="dxa"/>
              <w:bottom w:w="80" w:type="dxa"/>
              <w:right w:w="110" w:type="dxa"/>
            </w:tcMar>
            <w:vAlign w:val="center"/>
          </w:tcPr>
          <w:p w14:paraId="61F9433A" w14:textId="77777777" w:rsidR="00526319" w:rsidRDefault="00E34A40">
            <w:r>
              <w:t>☐ Sales records</w:t>
            </w:r>
          </w:p>
        </w:tc>
        <w:tc>
          <w:tcPr>
            <w:tcW w:w="2592" w:type="dxa"/>
            <w:shd w:val="clear" w:color="auto" w:fill="FFFFFF"/>
            <w:tcMar>
              <w:top w:w="80" w:type="dxa"/>
              <w:left w:w="110" w:type="dxa"/>
              <w:bottom w:w="80" w:type="dxa"/>
              <w:right w:w="110" w:type="dxa"/>
            </w:tcMar>
            <w:vAlign w:val="center"/>
          </w:tcPr>
          <w:p w14:paraId="3294F8B0" w14:textId="77777777" w:rsidR="00526319" w:rsidRDefault="00E34A40">
            <w:r>
              <w:t>☐ Invoices</w:t>
            </w:r>
          </w:p>
        </w:tc>
        <w:tc>
          <w:tcPr>
            <w:tcW w:w="2592" w:type="dxa"/>
            <w:shd w:val="clear" w:color="auto" w:fill="FFFFFF"/>
            <w:tcMar>
              <w:top w:w="80" w:type="dxa"/>
              <w:left w:w="110" w:type="dxa"/>
              <w:bottom w:w="80" w:type="dxa"/>
              <w:right w:w="110" w:type="dxa"/>
            </w:tcMar>
            <w:vAlign w:val="center"/>
          </w:tcPr>
          <w:p w14:paraId="18155201" w14:textId="77777777" w:rsidR="00526319" w:rsidRDefault="00E34A40">
            <w:r>
              <w:t>☐ Contracts / purchase orders</w:t>
            </w:r>
          </w:p>
        </w:tc>
      </w:tr>
      <w:tr w:rsidR="00526319" w14:paraId="59FAF524" w14:textId="77777777">
        <w:trPr>
          <w:jc w:val="center"/>
        </w:trPr>
        <w:tc>
          <w:tcPr>
            <w:tcW w:w="2592" w:type="dxa"/>
            <w:shd w:val="clear" w:color="auto" w:fill="EAF8FB"/>
            <w:tcMar>
              <w:top w:w="80" w:type="dxa"/>
              <w:left w:w="110" w:type="dxa"/>
              <w:bottom w:w="80" w:type="dxa"/>
              <w:right w:w="110" w:type="dxa"/>
            </w:tcMar>
            <w:vAlign w:val="center"/>
          </w:tcPr>
          <w:p w14:paraId="2D3DEACB" w14:textId="77777777" w:rsidR="00526319" w:rsidRDefault="00E34A40">
            <w:r>
              <w:t>☐ Fish tickets</w:t>
            </w:r>
          </w:p>
        </w:tc>
        <w:tc>
          <w:tcPr>
            <w:tcW w:w="2592" w:type="dxa"/>
            <w:shd w:val="clear" w:color="auto" w:fill="EAF8FB"/>
            <w:tcMar>
              <w:top w:w="80" w:type="dxa"/>
              <w:left w:w="110" w:type="dxa"/>
              <w:bottom w:w="80" w:type="dxa"/>
              <w:right w:w="110" w:type="dxa"/>
            </w:tcMar>
            <w:vAlign w:val="center"/>
          </w:tcPr>
          <w:p w14:paraId="3B653D19" w14:textId="77777777" w:rsidR="00526319" w:rsidRDefault="00E34A40">
            <w:r>
              <w:t>☐ POS reports</w:t>
            </w:r>
          </w:p>
        </w:tc>
        <w:tc>
          <w:tcPr>
            <w:tcW w:w="2592" w:type="dxa"/>
            <w:shd w:val="clear" w:color="auto" w:fill="EAF8FB"/>
            <w:tcMar>
              <w:top w:w="80" w:type="dxa"/>
              <w:left w:w="110" w:type="dxa"/>
              <w:bottom w:w="80" w:type="dxa"/>
              <w:right w:w="110" w:type="dxa"/>
            </w:tcMar>
            <w:vAlign w:val="center"/>
          </w:tcPr>
          <w:p w14:paraId="35E5A945" w14:textId="77777777" w:rsidR="00526319" w:rsidRDefault="00E34A40">
            <w:r>
              <w:t>☐ Payroll records</w:t>
            </w:r>
          </w:p>
        </w:tc>
        <w:tc>
          <w:tcPr>
            <w:tcW w:w="2592" w:type="dxa"/>
            <w:shd w:val="clear" w:color="auto" w:fill="EAF8FB"/>
            <w:tcMar>
              <w:top w:w="80" w:type="dxa"/>
              <w:left w:w="110" w:type="dxa"/>
              <w:bottom w:w="80" w:type="dxa"/>
              <w:right w:w="110" w:type="dxa"/>
            </w:tcMar>
            <w:vAlign w:val="center"/>
          </w:tcPr>
          <w:p w14:paraId="469B96F4" w14:textId="77777777" w:rsidR="00526319" w:rsidRDefault="00E34A40">
            <w:r>
              <w:t>☐ Benefit statements</w:t>
            </w:r>
          </w:p>
        </w:tc>
      </w:tr>
      <w:tr w:rsidR="00526319" w14:paraId="777BAE10" w14:textId="77777777">
        <w:trPr>
          <w:jc w:val="center"/>
        </w:trPr>
        <w:tc>
          <w:tcPr>
            <w:tcW w:w="2592" w:type="dxa"/>
            <w:shd w:val="clear" w:color="auto" w:fill="FFFFFF"/>
            <w:tcMar>
              <w:top w:w="80" w:type="dxa"/>
              <w:left w:w="110" w:type="dxa"/>
              <w:bottom w:w="80" w:type="dxa"/>
              <w:right w:w="110" w:type="dxa"/>
            </w:tcMar>
            <w:vAlign w:val="center"/>
          </w:tcPr>
          <w:p w14:paraId="0B9B5281" w14:textId="77777777" w:rsidR="00526319" w:rsidRDefault="00E34A40">
            <w:r>
              <w:t>☐ Handwritten ledger</w:t>
            </w:r>
          </w:p>
        </w:tc>
        <w:tc>
          <w:tcPr>
            <w:tcW w:w="2592" w:type="dxa"/>
            <w:shd w:val="clear" w:color="auto" w:fill="FFFFFF"/>
            <w:tcMar>
              <w:top w:w="80" w:type="dxa"/>
              <w:left w:w="110" w:type="dxa"/>
              <w:bottom w:w="80" w:type="dxa"/>
              <w:right w:w="110" w:type="dxa"/>
            </w:tcMar>
            <w:vAlign w:val="center"/>
          </w:tcPr>
          <w:p w14:paraId="60B8CBF8" w14:textId="77777777" w:rsidR="00526319" w:rsidRDefault="00E34A40">
            <w:r>
              <w:t>☐ Excel records</w:t>
            </w:r>
          </w:p>
        </w:tc>
        <w:tc>
          <w:tcPr>
            <w:tcW w:w="2592" w:type="dxa"/>
            <w:shd w:val="clear" w:color="auto" w:fill="FFFFFF"/>
            <w:tcMar>
              <w:top w:w="80" w:type="dxa"/>
              <w:left w:w="110" w:type="dxa"/>
              <w:bottom w:w="80" w:type="dxa"/>
              <w:right w:w="110" w:type="dxa"/>
            </w:tcMar>
            <w:vAlign w:val="center"/>
          </w:tcPr>
          <w:p w14:paraId="2C75D046" w14:textId="77777777" w:rsidR="00526319" w:rsidRDefault="00E34A40">
            <w:r>
              <w:t>☐ QuickBooks reports</w:t>
            </w:r>
          </w:p>
        </w:tc>
        <w:tc>
          <w:tcPr>
            <w:tcW w:w="2592" w:type="dxa"/>
            <w:shd w:val="clear" w:color="auto" w:fill="FFFFFF"/>
            <w:tcMar>
              <w:top w:w="80" w:type="dxa"/>
              <w:left w:w="110" w:type="dxa"/>
              <w:bottom w:w="80" w:type="dxa"/>
              <w:right w:w="110" w:type="dxa"/>
            </w:tcMar>
            <w:vAlign w:val="center"/>
          </w:tcPr>
          <w:p w14:paraId="3EC3C57A" w14:textId="77777777" w:rsidR="00526319" w:rsidRDefault="00E34A40">
            <w:r>
              <w:t>☐ Need help preparing records</w:t>
            </w:r>
          </w:p>
        </w:tc>
      </w:tr>
    </w:tbl>
    <w:p w14:paraId="5ED1865C" w14:textId="77777777" w:rsidR="00526319" w:rsidRDefault="00526319">
      <w:pPr>
        <w:spacing w:after="60"/>
      </w:pPr>
    </w:p>
    <w:p w14:paraId="271C5CA7" w14:textId="77777777" w:rsidR="00526319" w:rsidRDefault="00E34A40">
      <w:pPr>
        <w:spacing w:after="40"/>
      </w:pPr>
      <w:r>
        <w:rPr>
          <w:b/>
        </w:rPr>
        <w:t>If you do not have formal financial statements, describe how you track business income and expenses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5CDAB0DC" w14:textId="77777777">
        <w:trPr>
          <w:jc w:val="center"/>
        </w:trPr>
        <w:tc>
          <w:tcPr>
            <w:tcW w:w="10368" w:type="dxa"/>
            <w:tcMar>
              <w:top w:w="80" w:type="dxa"/>
              <w:left w:w="110" w:type="dxa"/>
              <w:bottom w:w="80" w:type="dxa"/>
              <w:right w:w="110" w:type="dxa"/>
            </w:tcMar>
            <w:vAlign w:val="center"/>
          </w:tcPr>
          <w:p w14:paraId="061B355C" w14:textId="77777777" w:rsidR="00526319" w:rsidRDefault="00E34A40">
            <w:r>
              <w:br/>
            </w:r>
            <w:r>
              <w:br/>
            </w:r>
          </w:p>
        </w:tc>
      </w:tr>
    </w:tbl>
    <w:p w14:paraId="4CBFC8BB" w14:textId="77777777" w:rsidR="00526319" w:rsidRDefault="00526319">
      <w:pPr>
        <w:spacing w:after="80"/>
      </w:pP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19821DD0" w14:textId="77777777">
        <w:trPr>
          <w:jc w:val="center"/>
        </w:trPr>
        <w:tc>
          <w:tcPr>
            <w:tcW w:w="10368" w:type="dxa"/>
            <w:shd w:val="clear" w:color="auto" w:fill="F0C544"/>
            <w:tcMar>
              <w:top w:w="80" w:type="dxa"/>
              <w:left w:w="110" w:type="dxa"/>
              <w:bottom w:w="80" w:type="dxa"/>
              <w:right w:w="110" w:type="dxa"/>
            </w:tcMar>
            <w:vAlign w:val="center"/>
          </w:tcPr>
          <w:p w14:paraId="74847B7B" w14:textId="77777777" w:rsidR="00526319" w:rsidRDefault="00E34A40">
            <w:pPr>
              <w:spacing w:after="0" w:line="252" w:lineRule="auto"/>
            </w:pPr>
            <w:r>
              <w:rPr>
                <w:b/>
                <w:color w:val="FFFFFF"/>
                <w:sz w:val="24"/>
              </w:rPr>
              <w:t>8. Business Income and Expense Snapshot</w:t>
            </w:r>
          </w:p>
        </w:tc>
      </w:tr>
    </w:tbl>
    <w:p w14:paraId="2FBE7F6B" w14:textId="77777777" w:rsidR="00526319" w:rsidRDefault="00526319">
      <w:pPr>
        <w:spacing w:after="80"/>
      </w:pPr>
    </w:p>
    <w:p w14:paraId="3A2AF0F5" w14:textId="77777777" w:rsidR="00526319" w:rsidRDefault="00E34A40">
      <w:pPr>
        <w:spacing w:after="100"/>
      </w:pPr>
      <w:r>
        <w:rPr>
          <w:color w:val="646464"/>
          <w:sz w:val="19"/>
        </w:rPr>
        <w:t>Provide your best estimate if exact figures are not available today.</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40E9BFFD" w14:textId="77777777">
        <w:trPr>
          <w:jc w:val="center"/>
        </w:trPr>
        <w:tc>
          <w:tcPr>
            <w:tcW w:w="5184" w:type="dxa"/>
            <w:shd w:val="clear" w:color="auto" w:fill="FBF4E1"/>
            <w:tcMar>
              <w:top w:w="80" w:type="dxa"/>
              <w:left w:w="110" w:type="dxa"/>
              <w:bottom w:w="80" w:type="dxa"/>
              <w:right w:w="110" w:type="dxa"/>
            </w:tcMar>
            <w:vAlign w:val="center"/>
          </w:tcPr>
          <w:p w14:paraId="1C6AAC9D" w14:textId="77777777" w:rsidR="00526319" w:rsidRDefault="00E34A40">
            <w:r>
              <w:t>Average monthly business sales / income</w:t>
            </w:r>
          </w:p>
        </w:tc>
        <w:tc>
          <w:tcPr>
            <w:tcW w:w="5184" w:type="dxa"/>
            <w:tcMar>
              <w:top w:w="80" w:type="dxa"/>
              <w:left w:w="110" w:type="dxa"/>
              <w:bottom w:w="80" w:type="dxa"/>
              <w:right w:w="110" w:type="dxa"/>
            </w:tcMar>
            <w:vAlign w:val="center"/>
          </w:tcPr>
          <w:p w14:paraId="436CD30F" w14:textId="77777777" w:rsidR="00526319" w:rsidRDefault="00E34A40" w:rsidP="00E47615">
            <w:pPr>
              <w:spacing w:before="120"/>
            </w:pPr>
            <w:r>
              <w:t>$ ______________________________</w:t>
            </w:r>
          </w:p>
        </w:tc>
      </w:tr>
      <w:tr w:rsidR="00526319" w14:paraId="20C48C3D" w14:textId="77777777">
        <w:trPr>
          <w:jc w:val="center"/>
        </w:trPr>
        <w:tc>
          <w:tcPr>
            <w:tcW w:w="5184" w:type="dxa"/>
            <w:shd w:val="clear" w:color="auto" w:fill="FBF4E1"/>
            <w:tcMar>
              <w:top w:w="80" w:type="dxa"/>
              <w:left w:w="110" w:type="dxa"/>
              <w:bottom w:w="80" w:type="dxa"/>
              <w:right w:w="110" w:type="dxa"/>
            </w:tcMar>
            <w:vAlign w:val="center"/>
          </w:tcPr>
          <w:p w14:paraId="62772912" w14:textId="77777777" w:rsidR="00526319" w:rsidRDefault="00E34A40">
            <w:r>
              <w:t xml:space="preserve">Best </w:t>
            </w:r>
            <w:proofErr w:type="gramStart"/>
            <w:r>
              <w:t>month</w:t>
            </w:r>
            <w:proofErr w:type="gramEnd"/>
            <w:r>
              <w:t xml:space="preserve"> sales / income</w:t>
            </w:r>
          </w:p>
        </w:tc>
        <w:tc>
          <w:tcPr>
            <w:tcW w:w="5184" w:type="dxa"/>
            <w:tcMar>
              <w:top w:w="80" w:type="dxa"/>
              <w:left w:w="110" w:type="dxa"/>
              <w:bottom w:w="80" w:type="dxa"/>
              <w:right w:w="110" w:type="dxa"/>
            </w:tcMar>
            <w:vAlign w:val="center"/>
          </w:tcPr>
          <w:p w14:paraId="106F816A" w14:textId="77777777" w:rsidR="00526319" w:rsidRDefault="00E34A40" w:rsidP="00E47615">
            <w:pPr>
              <w:spacing w:before="120"/>
            </w:pPr>
            <w:r>
              <w:t>$ ______________________________</w:t>
            </w:r>
          </w:p>
        </w:tc>
      </w:tr>
      <w:tr w:rsidR="00526319" w14:paraId="6101EEDA" w14:textId="77777777">
        <w:trPr>
          <w:jc w:val="center"/>
        </w:trPr>
        <w:tc>
          <w:tcPr>
            <w:tcW w:w="5184" w:type="dxa"/>
            <w:shd w:val="clear" w:color="auto" w:fill="FBF4E1"/>
            <w:tcMar>
              <w:top w:w="80" w:type="dxa"/>
              <w:left w:w="110" w:type="dxa"/>
              <w:bottom w:w="80" w:type="dxa"/>
              <w:right w:w="110" w:type="dxa"/>
            </w:tcMar>
            <w:vAlign w:val="center"/>
          </w:tcPr>
          <w:p w14:paraId="2F44B3A3" w14:textId="77777777" w:rsidR="00526319" w:rsidRDefault="00E34A40">
            <w:r>
              <w:t>Slowest month sales / income</w:t>
            </w:r>
          </w:p>
        </w:tc>
        <w:tc>
          <w:tcPr>
            <w:tcW w:w="5184" w:type="dxa"/>
            <w:tcMar>
              <w:top w:w="80" w:type="dxa"/>
              <w:left w:w="110" w:type="dxa"/>
              <w:bottom w:w="80" w:type="dxa"/>
              <w:right w:w="110" w:type="dxa"/>
            </w:tcMar>
            <w:vAlign w:val="center"/>
          </w:tcPr>
          <w:p w14:paraId="79AC45E2" w14:textId="77777777" w:rsidR="00526319" w:rsidRDefault="00E34A40" w:rsidP="00E47615">
            <w:pPr>
              <w:spacing w:before="120"/>
            </w:pPr>
            <w:r>
              <w:t>$ ______________________________</w:t>
            </w:r>
          </w:p>
        </w:tc>
      </w:tr>
      <w:tr w:rsidR="00526319" w14:paraId="7DF260CB" w14:textId="77777777">
        <w:trPr>
          <w:jc w:val="center"/>
        </w:trPr>
        <w:tc>
          <w:tcPr>
            <w:tcW w:w="5184" w:type="dxa"/>
            <w:shd w:val="clear" w:color="auto" w:fill="FBF4E1"/>
            <w:tcMar>
              <w:top w:w="80" w:type="dxa"/>
              <w:left w:w="110" w:type="dxa"/>
              <w:bottom w:w="80" w:type="dxa"/>
              <w:right w:w="110" w:type="dxa"/>
            </w:tcMar>
            <w:vAlign w:val="center"/>
          </w:tcPr>
          <w:p w14:paraId="223515DC" w14:textId="77777777" w:rsidR="00526319" w:rsidRDefault="00E34A40">
            <w:r>
              <w:t>Current monthly rent / lease</w:t>
            </w:r>
          </w:p>
        </w:tc>
        <w:tc>
          <w:tcPr>
            <w:tcW w:w="5184" w:type="dxa"/>
            <w:tcMar>
              <w:top w:w="80" w:type="dxa"/>
              <w:left w:w="110" w:type="dxa"/>
              <w:bottom w:w="80" w:type="dxa"/>
              <w:right w:w="110" w:type="dxa"/>
            </w:tcMar>
            <w:vAlign w:val="center"/>
          </w:tcPr>
          <w:p w14:paraId="69946BA4" w14:textId="77777777" w:rsidR="00526319" w:rsidRDefault="00E34A40" w:rsidP="00E47615">
            <w:pPr>
              <w:spacing w:before="120"/>
            </w:pPr>
            <w:r>
              <w:t>$ ______________________________</w:t>
            </w:r>
          </w:p>
        </w:tc>
      </w:tr>
      <w:tr w:rsidR="00526319" w14:paraId="18E84896" w14:textId="77777777">
        <w:trPr>
          <w:jc w:val="center"/>
        </w:trPr>
        <w:tc>
          <w:tcPr>
            <w:tcW w:w="5184" w:type="dxa"/>
            <w:shd w:val="clear" w:color="auto" w:fill="FBF4E1"/>
            <w:tcMar>
              <w:top w:w="80" w:type="dxa"/>
              <w:left w:w="110" w:type="dxa"/>
              <w:bottom w:w="80" w:type="dxa"/>
              <w:right w:w="110" w:type="dxa"/>
            </w:tcMar>
            <w:vAlign w:val="center"/>
          </w:tcPr>
          <w:p w14:paraId="5678535E" w14:textId="77777777" w:rsidR="00526319" w:rsidRDefault="00E34A40">
            <w:r>
              <w:t>Current monthly payroll</w:t>
            </w:r>
          </w:p>
        </w:tc>
        <w:tc>
          <w:tcPr>
            <w:tcW w:w="5184" w:type="dxa"/>
            <w:tcMar>
              <w:top w:w="80" w:type="dxa"/>
              <w:left w:w="110" w:type="dxa"/>
              <w:bottom w:w="80" w:type="dxa"/>
              <w:right w:w="110" w:type="dxa"/>
            </w:tcMar>
            <w:vAlign w:val="center"/>
          </w:tcPr>
          <w:p w14:paraId="61230E4B" w14:textId="77777777" w:rsidR="00526319" w:rsidRDefault="00E34A40" w:rsidP="00E47615">
            <w:pPr>
              <w:spacing w:before="120"/>
            </w:pPr>
            <w:r>
              <w:t>$ ______________________________</w:t>
            </w:r>
          </w:p>
        </w:tc>
      </w:tr>
      <w:tr w:rsidR="00526319" w14:paraId="21784773" w14:textId="77777777">
        <w:trPr>
          <w:jc w:val="center"/>
        </w:trPr>
        <w:tc>
          <w:tcPr>
            <w:tcW w:w="5184" w:type="dxa"/>
            <w:shd w:val="clear" w:color="auto" w:fill="FBF4E1"/>
            <w:tcMar>
              <w:top w:w="80" w:type="dxa"/>
              <w:left w:w="110" w:type="dxa"/>
              <w:bottom w:w="80" w:type="dxa"/>
              <w:right w:w="110" w:type="dxa"/>
            </w:tcMar>
            <w:vAlign w:val="center"/>
          </w:tcPr>
          <w:p w14:paraId="22356734" w14:textId="77777777" w:rsidR="00526319" w:rsidRDefault="00E34A40">
            <w:r>
              <w:t>Current monthly inventory / materials</w:t>
            </w:r>
          </w:p>
        </w:tc>
        <w:tc>
          <w:tcPr>
            <w:tcW w:w="5184" w:type="dxa"/>
            <w:tcMar>
              <w:top w:w="80" w:type="dxa"/>
              <w:left w:w="110" w:type="dxa"/>
              <w:bottom w:w="80" w:type="dxa"/>
              <w:right w:w="110" w:type="dxa"/>
            </w:tcMar>
            <w:vAlign w:val="center"/>
          </w:tcPr>
          <w:p w14:paraId="75C4FF05" w14:textId="77777777" w:rsidR="00526319" w:rsidRDefault="00E34A40" w:rsidP="00E47615">
            <w:pPr>
              <w:spacing w:before="120"/>
            </w:pPr>
            <w:r>
              <w:t>$ ______________________________</w:t>
            </w:r>
          </w:p>
        </w:tc>
      </w:tr>
      <w:tr w:rsidR="00526319" w14:paraId="149531F9" w14:textId="77777777">
        <w:trPr>
          <w:jc w:val="center"/>
        </w:trPr>
        <w:tc>
          <w:tcPr>
            <w:tcW w:w="5184" w:type="dxa"/>
            <w:shd w:val="clear" w:color="auto" w:fill="FBF4E1"/>
            <w:tcMar>
              <w:top w:w="80" w:type="dxa"/>
              <w:left w:w="110" w:type="dxa"/>
              <w:bottom w:w="80" w:type="dxa"/>
              <w:right w:w="110" w:type="dxa"/>
            </w:tcMar>
            <w:vAlign w:val="center"/>
          </w:tcPr>
          <w:p w14:paraId="1E59B828" w14:textId="77777777" w:rsidR="00526319" w:rsidRDefault="00E34A40">
            <w:r>
              <w:t>Current monthly fuel / transportation</w:t>
            </w:r>
          </w:p>
        </w:tc>
        <w:tc>
          <w:tcPr>
            <w:tcW w:w="5184" w:type="dxa"/>
            <w:tcMar>
              <w:top w:w="80" w:type="dxa"/>
              <w:left w:w="110" w:type="dxa"/>
              <w:bottom w:w="80" w:type="dxa"/>
              <w:right w:w="110" w:type="dxa"/>
            </w:tcMar>
            <w:vAlign w:val="center"/>
          </w:tcPr>
          <w:p w14:paraId="72FAA4E7" w14:textId="77777777" w:rsidR="00526319" w:rsidRDefault="00E34A40" w:rsidP="00E47615">
            <w:pPr>
              <w:spacing w:before="120"/>
            </w:pPr>
            <w:r>
              <w:t>$ ______________________________</w:t>
            </w:r>
          </w:p>
        </w:tc>
      </w:tr>
      <w:tr w:rsidR="00526319" w14:paraId="777A37B0" w14:textId="77777777">
        <w:trPr>
          <w:jc w:val="center"/>
        </w:trPr>
        <w:tc>
          <w:tcPr>
            <w:tcW w:w="5184" w:type="dxa"/>
            <w:shd w:val="clear" w:color="auto" w:fill="FBF4E1"/>
            <w:tcMar>
              <w:top w:w="80" w:type="dxa"/>
              <w:left w:w="110" w:type="dxa"/>
              <w:bottom w:w="80" w:type="dxa"/>
              <w:right w:w="110" w:type="dxa"/>
            </w:tcMar>
            <w:vAlign w:val="center"/>
          </w:tcPr>
          <w:p w14:paraId="3AAAE145" w14:textId="77777777" w:rsidR="00526319" w:rsidRDefault="00E34A40">
            <w:r>
              <w:lastRenderedPageBreak/>
              <w:t>Current monthly insurance</w:t>
            </w:r>
          </w:p>
        </w:tc>
        <w:tc>
          <w:tcPr>
            <w:tcW w:w="5184" w:type="dxa"/>
            <w:tcMar>
              <w:top w:w="80" w:type="dxa"/>
              <w:left w:w="110" w:type="dxa"/>
              <w:bottom w:w="80" w:type="dxa"/>
              <w:right w:w="110" w:type="dxa"/>
            </w:tcMar>
            <w:vAlign w:val="center"/>
          </w:tcPr>
          <w:p w14:paraId="4890D64E" w14:textId="77777777" w:rsidR="00526319" w:rsidRDefault="00E34A40" w:rsidP="00E47615">
            <w:pPr>
              <w:spacing w:before="120"/>
            </w:pPr>
            <w:r>
              <w:t>$ ______________________________</w:t>
            </w:r>
          </w:p>
        </w:tc>
      </w:tr>
      <w:tr w:rsidR="00526319" w14:paraId="777B9F9C" w14:textId="77777777">
        <w:trPr>
          <w:jc w:val="center"/>
        </w:trPr>
        <w:tc>
          <w:tcPr>
            <w:tcW w:w="5184" w:type="dxa"/>
            <w:shd w:val="clear" w:color="auto" w:fill="FBF4E1"/>
            <w:tcMar>
              <w:top w:w="80" w:type="dxa"/>
              <w:left w:w="110" w:type="dxa"/>
              <w:bottom w:w="80" w:type="dxa"/>
              <w:right w:w="110" w:type="dxa"/>
            </w:tcMar>
            <w:vAlign w:val="center"/>
          </w:tcPr>
          <w:p w14:paraId="26B75479" w14:textId="77777777" w:rsidR="00526319" w:rsidRDefault="00E34A40">
            <w:r>
              <w:t>Current monthly business debt payments</w:t>
            </w:r>
          </w:p>
        </w:tc>
        <w:tc>
          <w:tcPr>
            <w:tcW w:w="5184" w:type="dxa"/>
            <w:tcMar>
              <w:top w:w="80" w:type="dxa"/>
              <w:left w:w="110" w:type="dxa"/>
              <w:bottom w:w="80" w:type="dxa"/>
              <w:right w:w="110" w:type="dxa"/>
            </w:tcMar>
            <w:vAlign w:val="center"/>
          </w:tcPr>
          <w:p w14:paraId="62307168" w14:textId="77777777" w:rsidR="00526319" w:rsidRDefault="00E34A40" w:rsidP="00E47615">
            <w:pPr>
              <w:spacing w:before="120"/>
            </w:pPr>
            <w:r>
              <w:t>$ ______________________________</w:t>
            </w:r>
          </w:p>
        </w:tc>
      </w:tr>
      <w:tr w:rsidR="00526319" w14:paraId="54391144" w14:textId="77777777">
        <w:trPr>
          <w:jc w:val="center"/>
        </w:trPr>
        <w:tc>
          <w:tcPr>
            <w:tcW w:w="5184" w:type="dxa"/>
            <w:shd w:val="clear" w:color="auto" w:fill="FBF4E1"/>
            <w:tcMar>
              <w:top w:w="80" w:type="dxa"/>
              <w:left w:w="110" w:type="dxa"/>
              <w:bottom w:w="80" w:type="dxa"/>
              <w:right w:w="110" w:type="dxa"/>
            </w:tcMar>
            <w:vAlign w:val="center"/>
          </w:tcPr>
          <w:p w14:paraId="5CA71509" w14:textId="77777777" w:rsidR="00526319" w:rsidRDefault="00E34A40">
            <w:r>
              <w:t>Are these numbers based on actual records, memory, or both?</w:t>
            </w:r>
          </w:p>
        </w:tc>
        <w:tc>
          <w:tcPr>
            <w:tcW w:w="5184" w:type="dxa"/>
            <w:tcMar>
              <w:top w:w="80" w:type="dxa"/>
              <w:left w:w="110" w:type="dxa"/>
              <w:bottom w:w="80" w:type="dxa"/>
              <w:right w:w="110" w:type="dxa"/>
            </w:tcMar>
            <w:vAlign w:val="center"/>
          </w:tcPr>
          <w:p w14:paraId="10DEF3BB" w14:textId="77777777" w:rsidR="00526319" w:rsidRDefault="00E34A40">
            <w:r>
              <w:t>☐ Actual records   ☐ Memory / estimate   ☐ Both</w:t>
            </w:r>
          </w:p>
        </w:tc>
      </w:tr>
    </w:tbl>
    <w:p w14:paraId="2C5850B8" w14:textId="77777777" w:rsidR="00526319" w:rsidRDefault="00526319">
      <w:pPr>
        <w:spacing w:after="80"/>
      </w:pPr>
    </w:p>
    <w:p w14:paraId="531D75B7" w14:textId="77777777" w:rsidR="00526319" w:rsidRDefault="00E34A40">
      <w:pPr>
        <w:spacing w:after="40"/>
      </w:pPr>
      <w:proofErr w:type="gramStart"/>
      <w:r>
        <w:rPr>
          <w:b/>
        </w:rPr>
        <w:t>List</w:t>
      </w:r>
      <w:proofErr w:type="gramEnd"/>
      <w:r>
        <w:rPr>
          <w:b/>
        </w:rPr>
        <w:t xml:space="preserve"> any other major business expenses or unusual cash flow items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3F052D72" w14:textId="77777777">
        <w:trPr>
          <w:jc w:val="center"/>
        </w:trPr>
        <w:tc>
          <w:tcPr>
            <w:tcW w:w="10368" w:type="dxa"/>
            <w:tcMar>
              <w:top w:w="80" w:type="dxa"/>
              <w:left w:w="110" w:type="dxa"/>
              <w:bottom w:w="80" w:type="dxa"/>
              <w:right w:w="110" w:type="dxa"/>
            </w:tcMar>
            <w:vAlign w:val="center"/>
          </w:tcPr>
          <w:p w14:paraId="2C39C346" w14:textId="77777777" w:rsidR="00526319" w:rsidRDefault="00E34A40">
            <w:r>
              <w:br/>
            </w:r>
            <w:r>
              <w:br/>
            </w:r>
            <w:r>
              <w:br/>
            </w:r>
          </w:p>
        </w:tc>
      </w:tr>
    </w:tbl>
    <w:p w14:paraId="44AD4029" w14:textId="77777777" w:rsidR="00526319" w:rsidRDefault="00526319">
      <w:pPr>
        <w:spacing w:after="80"/>
      </w:pPr>
    </w:p>
    <w:p w14:paraId="45834541" w14:textId="77777777" w:rsidR="00526319" w:rsidRDefault="00526319"/>
    <w:tbl>
      <w:tblPr>
        <w:tblW w:w="0" w:type="auto"/>
        <w:jc w:val="center"/>
        <w:tblBorders>
          <w:top w:val="single" w:sz="8" w:space="0" w:color="0091B5"/>
          <w:left w:val="single" w:sz="8" w:space="0" w:color="0091B5"/>
          <w:bottom w:val="single" w:sz="8" w:space="0" w:color="0091B5"/>
          <w:right w:val="single" w:sz="8" w:space="0" w:color="0091B5"/>
          <w:insideH w:val="single" w:sz="8" w:space="0" w:color="0091B5"/>
          <w:insideV w:val="single" w:sz="8" w:space="0" w:color="0091B5"/>
        </w:tblBorders>
        <w:tblLayout w:type="fixed"/>
        <w:tblLook w:val="04A0" w:firstRow="1" w:lastRow="0" w:firstColumn="1" w:lastColumn="0" w:noHBand="0" w:noVBand="1"/>
      </w:tblPr>
      <w:tblGrid>
        <w:gridCol w:w="10368"/>
        <w:gridCol w:w="62"/>
      </w:tblGrid>
      <w:tr w:rsidR="00526319" w14:paraId="436396F9" w14:textId="77777777">
        <w:trPr>
          <w:jc w:val="center"/>
        </w:trPr>
        <w:tc>
          <w:tcPr>
            <w:tcW w:w="10368" w:type="dxa"/>
            <w:gridSpan w:val="2"/>
            <w:shd w:val="clear" w:color="auto" w:fill="EAF7FB"/>
            <w:tcMar>
              <w:top w:w="90" w:type="dxa"/>
              <w:left w:w="120" w:type="dxa"/>
              <w:bottom w:w="90" w:type="dxa"/>
              <w:right w:w="120" w:type="dxa"/>
            </w:tcMar>
            <w:vAlign w:val="center"/>
          </w:tcPr>
          <w:p w14:paraId="580498B7" w14:textId="77777777" w:rsidR="00526319" w:rsidRDefault="00E34A40">
            <w:pPr>
              <w:spacing w:after="0" w:line="252" w:lineRule="auto"/>
            </w:pPr>
            <w:r>
              <w:rPr>
                <w:b/>
                <w:color w:val="0091B5"/>
                <w:sz w:val="24"/>
              </w:rPr>
              <w:t>Part Three - Collateral, Additional Context, Certifications, and Demographic Information</w:t>
            </w:r>
          </w:p>
        </w:tc>
      </w:tr>
      <w:tr w:rsidR="00526319" w14:paraId="44E15B49" w14:textId="77777777">
        <w:tblPrEx>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PrEx>
        <w:trPr>
          <w:gridAfter w:val="1"/>
          <w:wAfter w:w="62" w:type="dxa"/>
          <w:jc w:val="center"/>
        </w:trPr>
        <w:tc>
          <w:tcPr>
            <w:tcW w:w="10368" w:type="dxa"/>
            <w:shd w:val="clear" w:color="auto" w:fill="0093B0"/>
            <w:tcMar>
              <w:top w:w="80" w:type="dxa"/>
              <w:left w:w="110" w:type="dxa"/>
              <w:bottom w:w="80" w:type="dxa"/>
              <w:right w:w="110" w:type="dxa"/>
            </w:tcMar>
            <w:vAlign w:val="center"/>
          </w:tcPr>
          <w:p w14:paraId="5EA396E9" w14:textId="77777777" w:rsidR="00526319" w:rsidRDefault="00E34A40">
            <w:pPr>
              <w:spacing w:after="0" w:line="252" w:lineRule="auto"/>
            </w:pPr>
            <w:r>
              <w:rPr>
                <w:b/>
                <w:color w:val="FFFFFF"/>
                <w:sz w:val="24"/>
              </w:rPr>
              <w:t>9. Business Assets and Collateral</w:t>
            </w:r>
          </w:p>
        </w:tc>
      </w:tr>
    </w:tbl>
    <w:p w14:paraId="1477D5EA" w14:textId="77777777" w:rsidR="00526319" w:rsidRDefault="00526319">
      <w:pPr>
        <w:spacing w:after="80"/>
      </w:pPr>
    </w:p>
    <w:p w14:paraId="5456360B" w14:textId="77777777" w:rsidR="00526319" w:rsidRDefault="00E34A40">
      <w:pPr>
        <w:spacing w:after="100"/>
      </w:pPr>
      <w:r>
        <w:rPr>
          <w:color w:val="646464"/>
          <w:sz w:val="19"/>
        </w:rPr>
        <w:t>Not all loans require collateral. If collateral is needed, PNTL staff will discuss acceptable options with you.</w:t>
      </w:r>
    </w:p>
    <w:p w14:paraId="0A641B24" w14:textId="77777777" w:rsidR="00526319" w:rsidRDefault="00E34A40">
      <w:pPr>
        <w:spacing w:after="40"/>
      </w:pPr>
      <w:r>
        <w:rPr>
          <w:b/>
        </w:rPr>
        <w:t>Business assets you own (equipment, vehicles, vessels, trailers, tools, inventory, other)</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573A13D5" w14:textId="77777777">
        <w:trPr>
          <w:jc w:val="center"/>
        </w:trPr>
        <w:tc>
          <w:tcPr>
            <w:tcW w:w="10368" w:type="dxa"/>
            <w:tcMar>
              <w:top w:w="80" w:type="dxa"/>
              <w:left w:w="110" w:type="dxa"/>
              <w:bottom w:w="80" w:type="dxa"/>
              <w:right w:w="110" w:type="dxa"/>
            </w:tcMar>
            <w:vAlign w:val="center"/>
          </w:tcPr>
          <w:p w14:paraId="3D71F112" w14:textId="77777777" w:rsidR="00526319" w:rsidRDefault="00E34A40">
            <w:r>
              <w:br/>
            </w:r>
            <w:r>
              <w:br/>
            </w:r>
            <w:r>
              <w:br/>
            </w:r>
          </w:p>
        </w:tc>
      </w:tr>
    </w:tbl>
    <w:p w14:paraId="6A17B97A" w14:textId="77777777" w:rsidR="00526319" w:rsidRDefault="00526319">
      <w:pPr>
        <w:spacing w:after="80"/>
      </w:pPr>
    </w:p>
    <w:p w14:paraId="2B337B20" w14:textId="77777777" w:rsidR="00526319" w:rsidRDefault="00E34A40">
      <w:pPr>
        <w:spacing w:after="40"/>
      </w:pPr>
      <w:r>
        <w:rPr>
          <w:b/>
        </w:rPr>
        <w:t>Assets you may be willing to pledge as collateral for this loan, if requested</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411ACC95" w14:textId="77777777">
        <w:trPr>
          <w:jc w:val="center"/>
        </w:trPr>
        <w:tc>
          <w:tcPr>
            <w:tcW w:w="10368" w:type="dxa"/>
            <w:tcMar>
              <w:top w:w="80" w:type="dxa"/>
              <w:left w:w="110" w:type="dxa"/>
              <w:bottom w:w="80" w:type="dxa"/>
              <w:right w:w="110" w:type="dxa"/>
            </w:tcMar>
            <w:vAlign w:val="center"/>
          </w:tcPr>
          <w:p w14:paraId="7107537D" w14:textId="77777777" w:rsidR="00526319" w:rsidRDefault="00E34A40">
            <w:r>
              <w:br/>
            </w:r>
            <w:r>
              <w:br/>
            </w:r>
            <w:r>
              <w:br/>
            </w:r>
          </w:p>
        </w:tc>
      </w:tr>
    </w:tbl>
    <w:p w14:paraId="3C2758CE" w14:textId="77777777" w:rsidR="00526319" w:rsidRDefault="00526319">
      <w:pPr>
        <w:spacing w:after="80"/>
      </w:pPr>
    </w:p>
    <w:p w14:paraId="51E892F8" w14:textId="77777777" w:rsidR="00CD7CB3" w:rsidRDefault="00CD7CB3">
      <w:pPr>
        <w:spacing w:after="80"/>
      </w:pPr>
    </w:p>
    <w:p w14:paraId="5D431830" w14:textId="77777777" w:rsidR="00CD7CB3" w:rsidRDefault="00CD7CB3">
      <w:pPr>
        <w:spacing w:after="80"/>
      </w:pPr>
    </w:p>
    <w:p w14:paraId="1935C0A0" w14:textId="77777777" w:rsidR="00CD7CB3" w:rsidRDefault="00CD7CB3">
      <w:pPr>
        <w:spacing w:after="80"/>
      </w:pPr>
    </w:p>
    <w:p w14:paraId="26659899" w14:textId="77777777" w:rsidR="00CD7CB3" w:rsidRDefault="00CD7CB3">
      <w:pPr>
        <w:spacing w:after="80"/>
      </w:pPr>
    </w:p>
    <w:p w14:paraId="5238CB38" w14:textId="77777777" w:rsidR="00CD7CB3" w:rsidRDefault="00CD7CB3">
      <w:pPr>
        <w:spacing w:after="80"/>
      </w:pPr>
    </w:p>
    <w:p w14:paraId="0E2A5B12" w14:textId="77777777" w:rsidR="00CD7CB3" w:rsidRDefault="00CD7CB3">
      <w:pPr>
        <w:spacing w:after="80"/>
      </w:pP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64C79EF1" w14:textId="77777777">
        <w:trPr>
          <w:jc w:val="center"/>
        </w:trPr>
        <w:tc>
          <w:tcPr>
            <w:tcW w:w="10368" w:type="dxa"/>
            <w:shd w:val="clear" w:color="auto" w:fill="F0C544"/>
            <w:tcMar>
              <w:top w:w="80" w:type="dxa"/>
              <w:left w:w="110" w:type="dxa"/>
              <w:bottom w:w="80" w:type="dxa"/>
              <w:right w:w="110" w:type="dxa"/>
            </w:tcMar>
            <w:vAlign w:val="center"/>
          </w:tcPr>
          <w:p w14:paraId="4C86A729" w14:textId="77777777" w:rsidR="00526319" w:rsidRDefault="00E34A40">
            <w:pPr>
              <w:spacing w:after="0" w:line="252" w:lineRule="auto"/>
            </w:pPr>
            <w:r>
              <w:rPr>
                <w:b/>
                <w:color w:val="FFFFFF"/>
                <w:sz w:val="24"/>
              </w:rPr>
              <w:lastRenderedPageBreak/>
              <w:t>10. Additional Context</w:t>
            </w:r>
          </w:p>
        </w:tc>
      </w:tr>
    </w:tbl>
    <w:p w14:paraId="59297597" w14:textId="77777777" w:rsidR="00526319" w:rsidRDefault="00526319">
      <w:pPr>
        <w:spacing w:after="80"/>
      </w:pPr>
    </w:p>
    <w:p w14:paraId="26910D3B" w14:textId="77777777" w:rsidR="00526319" w:rsidRDefault="00E34A40">
      <w:pPr>
        <w:spacing w:after="100"/>
      </w:pPr>
      <w:r>
        <w:rPr>
          <w:color w:val="646464"/>
          <w:sz w:val="19"/>
        </w:rPr>
        <w:t>Use this section to explain anything that would help us understand your business, finances, or loan request.</w:t>
      </w:r>
    </w:p>
    <w:p w14:paraId="25B54F13" w14:textId="77777777" w:rsidR="00526319" w:rsidRDefault="00E34A40">
      <w:pPr>
        <w:spacing w:after="40"/>
      </w:pPr>
      <w:r>
        <w:rPr>
          <w:b/>
        </w:rPr>
        <w:t>What is your primary goal to achieve with this loan request? How would a PNTL loan help you achieve that goal?</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2B1C8587" w14:textId="77777777">
        <w:trPr>
          <w:jc w:val="center"/>
        </w:trPr>
        <w:tc>
          <w:tcPr>
            <w:tcW w:w="10368" w:type="dxa"/>
            <w:tcMar>
              <w:top w:w="80" w:type="dxa"/>
              <w:left w:w="110" w:type="dxa"/>
              <w:bottom w:w="80" w:type="dxa"/>
              <w:right w:w="110" w:type="dxa"/>
            </w:tcMar>
            <w:vAlign w:val="center"/>
          </w:tcPr>
          <w:p w14:paraId="37A7600C" w14:textId="77777777" w:rsidR="00526319" w:rsidRDefault="00E34A40">
            <w:r>
              <w:br/>
            </w:r>
            <w:r>
              <w:br/>
            </w:r>
            <w:r>
              <w:br/>
            </w:r>
          </w:p>
        </w:tc>
      </w:tr>
    </w:tbl>
    <w:p w14:paraId="003B455E" w14:textId="77777777" w:rsidR="00526319" w:rsidRDefault="00526319">
      <w:pPr>
        <w:spacing w:after="80"/>
      </w:pPr>
    </w:p>
    <w:p w14:paraId="7CE0D8E6" w14:textId="77777777" w:rsidR="00526319" w:rsidRDefault="00E34A40">
      <w:pPr>
        <w:spacing w:after="40"/>
      </w:pPr>
      <w:r>
        <w:rPr>
          <w:b/>
        </w:rPr>
        <w:t>Please explain any recent hardships, credit issues, seasonal income patterns, or unique circumstances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38D4DF7A" w14:textId="77777777">
        <w:trPr>
          <w:jc w:val="center"/>
        </w:trPr>
        <w:tc>
          <w:tcPr>
            <w:tcW w:w="10368" w:type="dxa"/>
            <w:tcMar>
              <w:top w:w="80" w:type="dxa"/>
              <w:left w:w="110" w:type="dxa"/>
              <w:bottom w:w="80" w:type="dxa"/>
              <w:right w:w="110" w:type="dxa"/>
            </w:tcMar>
            <w:vAlign w:val="center"/>
          </w:tcPr>
          <w:p w14:paraId="58EDE0C6" w14:textId="77777777" w:rsidR="00526319" w:rsidRDefault="00E34A40">
            <w:r>
              <w:br/>
            </w:r>
            <w:r>
              <w:br/>
            </w:r>
            <w:r>
              <w:br/>
            </w:r>
          </w:p>
        </w:tc>
      </w:tr>
    </w:tbl>
    <w:p w14:paraId="598E131A" w14:textId="77777777" w:rsidR="00526319" w:rsidRDefault="00526319">
      <w:pPr>
        <w:spacing w:after="80"/>
      </w:pPr>
    </w:p>
    <w:p w14:paraId="3A7FA6BC" w14:textId="77777777" w:rsidR="00526319" w:rsidRDefault="00E34A40">
      <w:pPr>
        <w:spacing w:after="40"/>
      </w:pPr>
      <w:r>
        <w:rPr>
          <w:b/>
        </w:rPr>
        <w:t>Is there any training you would be interested in? Are there skills you would like to improve? Suggestions?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14EF7C8A" w14:textId="77777777">
        <w:trPr>
          <w:jc w:val="center"/>
        </w:trPr>
        <w:tc>
          <w:tcPr>
            <w:tcW w:w="10368" w:type="dxa"/>
            <w:tcMar>
              <w:top w:w="80" w:type="dxa"/>
              <w:left w:w="110" w:type="dxa"/>
              <w:bottom w:w="80" w:type="dxa"/>
              <w:right w:w="110" w:type="dxa"/>
            </w:tcMar>
            <w:vAlign w:val="center"/>
          </w:tcPr>
          <w:p w14:paraId="4E2C4F6A" w14:textId="77777777" w:rsidR="00526319" w:rsidRDefault="00E34A40">
            <w:r>
              <w:br/>
            </w:r>
            <w:r>
              <w:br/>
            </w:r>
            <w:r>
              <w:br/>
            </w:r>
          </w:p>
        </w:tc>
      </w:tr>
    </w:tbl>
    <w:p w14:paraId="4289643E" w14:textId="77777777" w:rsidR="00526319" w:rsidRDefault="00526319">
      <w:pPr>
        <w:spacing w:after="80"/>
      </w:pPr>
    </w:p>
    <w:p w14:paraId="2BD77B83" w14:textId="77777777" w:rsidR="00526319" w:rsidRDefault="00E34A40">
      <w:pPr>
        <w:spacing w:after="40"/>
      </w:pPr>
      <w:r>
        <w:rPr>
          <w:b/>
        </w:rPr>
        <w:t>Is there anything else you want PNTL to know about you, your family, or your business?</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10368"/>
      </w:tblGrid>
      <w:tr w:rsidR="00526319" w14:paraId="0BCF164E" w14:textId="77777777">
        <w:trPr>
          <w:jc w:val="center"/>
        </w:trPr>
        <w:tc>
          <w:tcPr>
            <w:tcW w:w="10368" w:type="dxa"/>
            <w:tcMar>
              <w:top w:w="80" w:type="dxa"/>
              <w:left w:w="110" w:type="dxa"/>
              <w:bottom w:w="80" w:type="dxa"/>
              <w:right w:w="110" w:type="dxa"/>
            </w:tcMar>
            <w:vAlign w:val="center"/>
          </w:tcPr>
          <w:p w14:paraId="04AA1407" w14:textId="77777777" w:rsidR="00526319" w:rsidRDefault="00E34A40">
            <w:r>
              <w:br/>
            </w:r>
            <w:r>
              <w:br/>
            </w:r>
            <w:r>
              <w:br/>
            </w:r>
          </w:p>
        </w:tc>
      </w:tr>
    </w:tbl>
    <w:p w14:paraId="229765EF" w14:textId="77777777" w:rsidR="00526319" w:rsidRDefault="00526319">
      <w:pPr>
        <w:spacing w:after="80"/>
      </w:pPr>
    </w:p>
    <w:p w14:paraId="252E5320" w14:textId="77777777" w:rsidR="00526319" w:rsidRDefault="00E34A40">
      <w:r>
        <w:br w:type="page"/>
      </w:r>
    </w:p>
    <w:tbl>
      <w:tblPr>
        <w:tblW w:w="0" w:type="auto"/>
        <w:jc w:val="center"/>
        <w:tblBorders>
          <w:top w:val="single" w:sz="8" w:space="0" w:color="0093B0"/>
          <w:left w:val="single" w:sz="8" w:space="0" w:color="0093B0"/>
          <w:bottom w:val="single" w:sz="8" w:space="0" w:color="0093B0"/>
          <w:right w:val="single" w:sz="8" w:space="0" w:color="0093B0"/>
          <w:insideH w:val="single" w:sz="8" w:space="0" w:color="0093B0"/>
          <w:insideV w:val="single" w:sz="8" w:space="0" w:color="0093B0"/>
        </w:tblBorders>
        <w:tblLayout w:type="fixed"/>
        <w:tblLook w:val="04A0" w:firstRow="1" w:lastRow="0" w:firstColumn="1" w:lastColumn="0" w:noHBand="0" w:noVBand="1"/>
      </w:tblPr>
      <w:tblGrid>
        <w:gridCol w:w="10368"/>
      </w:tblGrid>
      <w:tr w:rsidR="00526319" w14:paraId="5B61DFD0" w14:textId="77777777">
        <w:trPr>
          <w:jc w:val="center"/>
        </w:trPr>
        <w:tc>
          <w:tcPr>
            <w:tcW w:w="10368" w:type="dxa"/>
            <w:shd w:val="clear" w:color="auto" w:fill="0093B0"/>
            <w:tcMar>
              <w:top w:w="80" w:type="dxa"/>
              <w:left w:w="110" w:type="dxa"/>
              <w:bottom w:w="80" w:type="dxa"/>
              <w:right w:w="110" w:type="dxa"/>
            </w:tcMar>
            <w:vAlign w:val="center"/>
          </w:tcPr>
          <w:p w14:paraId="7D37A92B" w14:textId="77777777" w:rsidR="00526319" w:rsidRDefault="00E34A40">
            <w:pPr>
              <w:spacing w:after="0" w:line="252" w:lineRule="auto"/>
            </w:pPr>
            <w:r>
              <w:rPr>
                <w:b/>
                <w:color w:val="FFFFFF"/>
                <w:sz w:val="24"/>
              </w:rPr>
              <w:lastRenderedPageBreak/>
              <w:t>11. Applicant Certifications and Authorizations</w:t>
            </w:r>
          </w:p>
        </w:tc>
      </w:tr>
    </w:tbl>
    <w:p w14:paraId="3D8BE88B" w14:textId="77777777" w:rsidR="00CD7CB3" w:rsidRDefault="00CD7CB3" w:rsidP="00CD7CB3">
      <w:pPr>
        <w:spacing w:after="0" w:line="240" w:lineRule="auto"/>
        <w:rPr>
          <w:color w:val="646464"/>
          <w:sz w:val="19"/>
        </w:rPr>
      </w:pPr>
    </w:p>
    <w:p w14:paraId="68B1824A" w14:textId="14E558CA" w:rsidR="00526319" w:rsidRDefault="00E34A40" w:rsidP="00CD7CB3">
      <w:pPr>
        <w:spacing w:after="0" w:line="240" w:lineRule="auto"/>
      </w:pPr>
      <w:r>
        <w:rPr>
          <w:color w:val="646464"/>
          <w:sz w:val="19"/>
        </w:rPr>
        <w:t>Read carefully before signing.</w:t>
      </w:r>
    </w:p>
    <w:p w14:paraId="7CE047F1" w14:textId="77777777" w:rsidR="00291D55" w:rsidRDefault="00504918">
      <w:pPr>
        <w:spacing w:after="80" w:line="252" w:lineRule="auto"/>
      </w:pPr>
      <w:r>
        <w:rPr>
          <w:b/>
          <w:sz w:val="21"/>
        </w:rPr>
        <w:t>Authorization to Pull Credit</w:t>
      </w:r>
    </w:p>
    <w:p w14:paraId="4334DA71" w14:textId="77777777" w:rsidR="00291D55" w:rsidRDefault="00504918">
      <w:pPr>
        <w:spacing w:after="100" w:line="252" w:lineRule="auto"/>
      </w:pPr>
      <w:r>
        <w:rPr>
          <w:sz w:val="21"/>
        </w:rPr>
        <w:t>I hereby authorize Pacific Northwest Tribal Lending (PNTL), a Native Community Development Financial Institution, to access my credit report on ________ day of ______________, 20___ for purposes of providing me with financial counseling and for inclusion in depersonalized / anonymized data within Member Outcome Reporting used to track aggregate consumer financial progress. I understand that this inquiry into my credit constitutes a soft inquiry and will not adversely affect my credit or credit rating. While this credit report and score pulled by PNTL on my behalf will be used to provide me with financial counseling, it is understood that I will not receive a copy of this credit report. Notwithstanding the foregoing, I understand that I have the right to dispute information with the credit bureau, to request reinvestigation, and to have corrected reports reissued to previous recipients of this credit report, if warranted.</w:t>
      </w:r>
    </w:p>
    <w:p w14:paraId="5DACFE7C" w14:textId="77777777" w:rsidR="00291D55" w:rsidRDefault="00504918">
      <w:pPr>
        <w:spacing w:after="80" w:line="252" w:lineRule="auto"/>
      </w:pPr>
      <w:r>
        <w:rPr>
          <w:sz w:val="21"/>
        </w:rPr>
        <w:t>I understand that credit information is sensitive and that there may be inherent risks to accessing such data; I have had the opportunity to ask PNTL staff questions regarding such risks. I understand that all my personal information will be held confidential by Pacific Northwest Tribal Lending.</w:t>
      </w:r>
    </w:p>
    <w:p w14:paraId="50ABC84B" w14:textId="77777777" w:rsidR="00291D55" w:rsidRDefault="00504918">
      <w:pPr>
        <w:spacing w:after="80" w:line="252" w:lineRule="auto"/>
      </w:pPr>
      <w:r>
        <w:rPr>
          <w:b/>
          <w:sz w:val="21"/>
        </w:rPr>
        <w:t>Credit authorization signatures</w:t>
      </w:r>
    </w:p>
    <w:tbl>
      <w:tblPr>
        <w:tblW w:w="0" w:type="auto"/>
        <w:tblBorders>
          <w:top w:val="single" w:sz="8" w:space="0" w:color="C8D5DB"/>
          <w:left w:val="single" w:sz="8" w:space="0" w:color="C8D5DB"/>
          <w:bottom w:val="single" w:sz="8" w:space="0" w:color="C8D5DB"/>
          <w:right w:val="single" w:sz="8" w:space="0" w:color="C8D5DB"/>
          <w:insideH w:val="single" w:sz="8" w:space="0" w:color="C8D5DB"/>
          <w:insideV w:val="single" w:sz="8" w:space="0" w:color="C8D5DB"/>
        </w:tblBorders>
        <w:tblLayout w:type="fixed"/>
        <w:tblLook w:val="04A0" w:firstRow="1" w:lastRow="0" w:firstColumn="1" w:lastColumn="0" w:noHBand="0" w:noVBand="1"/>
      </w:tblPr>
      <w:tblGrid>
        <w:gridCol w:w="5184"/>
        <w:gridCol w:w="5184"/>
        <w:gridCol w:w="864"/>
      </w:tblGrid>
      <w:tr w:rsidR="00291D55" w14:paraId="2027408D"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692FB8A4" w14:textId="77777777" w:rsidR="00291D55" w:rsidRDefault="00504918">
            <w:r>
              <w:t>Applicant full legal name</w:t>
            </w:r>
          </w:p>
        </w:tc>
        <w:tc>
          <w:tcPr>
            <w:tcW w:w="5184" w:type="dxa"/>
            <w:tcMar>
              <w:top w:w="85" w:type="dxa"/>
              <w:left w:w="110" w:type="dxa"/>
              <w:bottom w:w="85" w:type="dxa"/>
              <w:right w:w="110" w:type="dxa"/>
            </w:tcMar>
            <w:vAlign w:val="center"/>
          </w:tcPr>
          <w:p w14:paraId="66CB4BC9" w14:textId="18FB5C7E" w:rsidR="00291D55" w:rsidRDefault="00504918" w:rsidP="00E47615">
            <w:pPr>
              <w:spacing w:before="120"/>
            </w:pPr>
            <w:r>
              <w:t>____________________________________________________</w:t>
            </w:r>
            <w:r w:rsidR="00E47615">
              <w:t>_</w:t>
            </w:r>
          </w:p>
        </w:tc>
      </w:tr>
      <w:tr w:rsidR="00291D55" w14:paraId="737D8A6A"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1CE43598" w14:textId="77777777" w:rsidR="00291D55" w:rsidRDefault="00504918">
            <w:r>
              <w:t>Applicant signature</w:t>
            </w:r>
          </w:p>
        </w:tc>
        <w:tc>
          <w:tcPr>
            <w:tcW w:w="5184" w:type="dxa"/>
            <w:tcMar>
              <w:top w:w="85" w:type="dxa"/>
              <w:left w:w="110" w:type="dxa"/>
              <w:bottom w:w="85" w:type="dxa"/>
              <w:right w:w="110" w:type="dxa"/>
            </w:tcMar>
            <w:vAlign w:val="center"/>
          </w:tcPr>
          <w:p w14:paraId="79E8CFEC" w14:textId="1C3C0420" w:rsidR="00291D55" w:rsidRDefault="00504918" w:rsidP="00E47615">
            <w:pPr>
              <w:spacing w:before="120"/>
            </w:pPr>
            <w:r>
              <w:t>_____________________________________________________</w:t>
            </w:r>
          </w:p>
        </w:tc>
      </w:tr>
      <w:tr w:rsidR="00291D55" w14:paraId="47C02E84"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3234041D" w14:textId="77777777" w:rsidR="00291D55" w:rsidRDefault="00504918">
            <w:r>
              <w:t>Applicant date of birth</w:t>
            </w:r>
          </w:p>
        </w:tc>
        <w:tc>
          <w:tcPr>
            <w:tcW w:w="5184" w:type="dxa"/>
            <w:tcMar>
              <w:top w:w="85" w:type="dxa"/>
              <w:left w:w="110" w:type="dxa"/>
              <w:bottom w:w="85" w:type="dxa"/>
              <w:right w:w="110" w:type="dxa"/>
            </w:tcMar>
            <w:vAlign w:val="center"/>
          </w:tcPr>
          <w:p w14:paraId="108E8CE7" w14:textId="77777777" w:rsidR="00291D55" w:rsidRDefault="00504918" w:rsidP="00E47615">
            <w:pPr>
              <w:spacing w:before="120"/>
            </w:pPr>
            <w:r>
              <w:t>______________________________</w:t>
            </w:r>
          </w:p>
        </w:tc>
      </w:tr>
      <w:tr w:rsidR="00291D55" w14:paraId="381CB99D"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32C56B6D" w14:textId="77777777" w:rsidR="00291D55" w:rsidRDefault="00504918">
            <w:r>
              <w:t>Applicant SSN#</w:t>
            </w:r>
          </w:p>
        </w:tc>
        <w:tc>
          <w:tcPr>
            <w:tcW w:w="5184" w:type="dxa"/>
            <w:tcMar>
              <w:top w:w="85" w:type="dxa"/>
              <w:left w:w="110" w:type="dxa"/>
              <w:bottom w:w="85" w:type="dxa"/>
              <w:right w:w="110" w:type="dxa"/>
            </w:tcMar>
            <w:vAlign w:val="center"/>
          </w:tcPr>
          <w:p w14:paraId="5AB6F689" w14:textId="0432A53F" w:rsidR="00291D55" w:rsidRDefault="00504918" w:rsidP="00E47615">
            <w:pPr>
              <w:spacing w:before="120"/>
            </w:pPr>
            <w:r>
              <w:t>______________________________</w:t>
            </w:r>
          </w:p>
        </w:tc>
      </w:tr>
      <w:tr w:rsidR="00291D55" w14:paraId="1A29C96E"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41099FB1" w14:textId="77777777" w:rsidR="00291D55" w:rsidRDefault="00504918">
            <w:r>
              <w:t>Applicant address</w:t>
            </w:r>
          </w:p>
        </w:tc>
        <w:tc>
          <w:tcPr>
            <w:tcW w:w="5184" w:type="dxa"/>
            <w:tcMar>
              <w:top w:w="85" w:type="dxa"/>
              <w:left w:w="110" w:type="dxa"/>
              <w:bottom w:w="85" w:type="dxa"/>
              <w:right w:w="110" w:type="dxa"/>
            </w:tcMar>
            <w:vAlign w:val="center"/>
          </w:tcPr>
          <w:p w14:paraId="2940131B" w14:textId="1D527109" w:rsidR="00291D55" w:rsidRDefault="00504918" w:rsidP="00E47615">
            <w:pPr>
              <w:spacing w:before="120"/>
            </w:pPr>
            <w:r>
              <w:t>______________________________________________________</w:t>
            </w:r>
            <w:r w:rsidR="00E47615">
              <w:t>____________________________________________________</w:t>
            </w:r>
          </w:p>
        </w:tc>
      </w:tr>
      <w:tr w:rsidR="00291D55" w14:paraId="67E0721F"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50213389" w14:textId="77777777" w:rsidR="00291D55" w:rsidRDefault="00504918">
            <w:r>
              <w:t>Co-applicant full legal name</w:t>
            </w:r>
          </w:p>
        </w:tc>
        <w:tc>
          <w:tcPr>
            <w:tcW w:w="5184" w:type="dxa"/>
            <w:tcMar>
              <w:top w:w="85" w:type="dxa"/>
              <w:left w:w="110" w:type="dxa"/>
              <w:bottom w:w="85" w:type="dxa"/>
              <w:right w:w="110" w:type="dxa"/>
            </w:tcMar>
            <w:vAlign w:val="center"/>
          </w:tcPr>
          <w:p w14:paraId="24C2FFEA" w14:textId="68D2615B" w:rsidR="00291D55" w:rsidRDefault="00504918" w:rsidP="00E47615">
            <w:pPr>
              <w:spacing w:before="120"/>
            </w:pPr>
            <w:r>
              <w:t>_____________________________________________________</w:t>
            </w:r>
          </w:p>
        </w:tc>
      </w:tr>
      <w:tr w:rsidR="00291D55" w14:paraId="1DF09DD1"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2886FF5B" w14:textId="77777777" w:rsidR="00291D55" w:rsidRDefault="00504918">
            <w:r>
              <w:t>Co-applicant signature</w:t>
            </w:r>
          </w:p>
        </w:tc>
        <w:tc>
          <w:tcPr>
            <w:tcW w:w="5184" w:type="dxa"/>
            <w:tcMar>
              <w:top w:w="85" w:type="dxa"/>
              <w:left w:w="110" w:type="dxa"/>
              <w:bottom w:w="85" w:type="dxa"/>
              <w:right w:w="110" w:type="dxa"/>
            </w:tcMar>
            <w:vAlign w:val="center"/>
          </w:tcPr>
          <w:p w14:paraId="5DFF15B5" w14:textId="5CB8FFD1" w:rsidR="00291D55" w:rsidRDefault="00504918" w:rsidP="00E47615">
            <w:pPr>
              <w:spacing w:before="120"/>
            </w:pPr>
            <w:r>
              <w:t>_____________________________________________________</w:t>
            </w:r>
          </w:p>
        </w:tc>
      </w:tr>
      <w:tr w:rsidR="00291D55" w14:paraId="7DC07949"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32E32555" w14:textId="77777777" w:rsidR="00291D55" w:rsidRDefault="00504918">
            <w:r>
              <w:t>Co-applicant date of birth</w:t>
            </w:r>
          </w:p>
        </w:tc>
        <w:tc>
          <w:tcPr>
            <w:tcW w:w="5184" w:type="dxa"/>
            <w:tcMar>
              <w:top w:w="85" w:type="dxa"/>
              <w:left w:w="110" w:type="dxa"/>
              <w:bottom w:w="85" w:type="dxa"/>
              <w:right w:w="110" w:type="dxa"/>
            </w:tcMar>
            <w:vAlign w:val="center"/>
          </w:tcPr>
          <w:p w14:paraId="4F1BEF84" w14:textId="77777777" w:rsidR="00291D55" w:rsidRDefault="00504918" w:rsidP="00E47615">
            <w:pPr>
              <w:spacing w:before="120"/>
            </w:pPr>
            <w:r>
              <w:t>______________________________</w:t>
            </w:r>
          </w:p>
        </w:tc>
      </w:tr>
      <w:tr w:rsidR="00291D55" w14:paraId="3367A779"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5BF9D9A8" w14:textId="77777777" w:rsidR="00291D55" w:rsidRDefault="00504918">
            <w:r>
              <w:t>Co-applicant SSN#</w:t>
            </w:r>
          </w:p>
        </w:tc>
        <w:tc>
          <w:tcPr>
            <w:tcW w:w="5184" w:type="dxa"/>
            <w:tcMar>
              <w:top w:w="85" w:type="dxa"/>
              <w:left w:w="110" w:type="dxa"/>
              <w:bottom w:w="85" w:type="dxa"/>
              <w:right w:w="110" w:type="dxa"/>
            </w:tcMar>
            <w:vAlign w:val="center"/>
          </w:tcPr>
          <w:p w14:paraId="1B1FF0DA" w14:textId="44B1B23C" w:rsidR="00291D55" w:rsidRDefault="00504918" w:rsidP="00E47615">
            <w:pPr>
              <w:spacing w:before="120"/>
            </w:pPr>
            <w:r>
              <w:t>______________________________</w:t>
            </w:r>
          </w:p>
        </w:tc>
      </w:tr>
      <w:tr w:rsidR="00291D55" w14:paraId="2A191814" w14:textId="77777777" w:rsidTr="009C5AF8">
        <w:trPr>
          <w:gridAfter w:val="1"/>
          <w:wAfter w:w="864" w:type="dxa"/>
        </w:trPr>
        <w:tc>
          <w:tcPr>
            <w:tcW w:w="5184" w:type="dxa"/>
            <w:shd w:val="clear" w:color="auto" w:fill="EAF8FB"/>
            <w:tcMar>
              <w:top w:w="85" w:type="dxa"/>
              <w:left w:w="110" w:type="dxa"/>
              <w:bottom w:w="85" w:type="dxa"/>
              <w:right w:w="110" w:type="dxa"/>
            </w:tcMar>
            <w:vAlign w:val="center"/>
          </w:tcPr>
          <w:p w14:paraId="2A90A35A" w14:textId="77777777" w:rsidR="00291D55" w:rsidRDefault="00504918">
            <w:r>
              <w:t>Co-applicant address</w:t>
            </w:r>
          </w:p>
        </w:tc>
        <w:tc>
          <w:tcPr>
            <w:tcW w:w="5184" w:type="dxa"/>
            <w:tcMar>
              <w:top w:w="85" w:type="dxa"/>
              <w:left w:w="110" w:type="dxa"/>
              <w:bottom w:w="85" w:type="dxa"/>
              <w:right w:w="110" w:type="dxa"/>
            </w:tcMar>
            <w:vAlign w:val="center"/>
          </w:tcPr>
          <w:p w14:paraId="09D777BC" w14:textId="7883CB7D" w:rsidR="00291D55" w:rsidRDefault="00504918" w:rsidP="00CD7CB3">
            <w:pPr>
              <w:spacing w:before="120"/>
            </w:pPr>
            <w:r>
              <w:t>______________________________________________________________</w:t>
            </w:r>
            <w:r w:rsidR="00E47615">
              <w:t>____________________________________________</w:t>
            </w:r>
          </w:p>
        </w:tc>
      </w:tr>
      <w:tr w:rsidR="00526319" w14:paraId="4221DC45" w14:textId="77777777" w:rsidTr="009C5AF8">
        <w:tblPrEx>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PrEx>
        <w:tc>
          <w:tcPr>
            <w:tcW w:w="10368" w:type="dxa"/>
            <w:gridSpan w:val="3"/>
            <w:shd w:val="clear" w:color="auto" w:fill="F6F7F8"/>
            <w:tcMar>
              <w:top w:w="80" w:type="dxa"/>
              <w:left w:w="110" w:type="dxa"/>
              <w:bottom w:w="80" w:type="dxa"/>
              <w:right w:w="110" w:type="dxa"/>
            </w:tcMar>
            <w:vAlign w:val="center"/>
          </w:tcPr>
          <w:p w14:paraId="1FBD7442" w14:textId="77777777" w:rsidR="00526319" w:rsidRDefault="00E34A40">
            <w:r>
              <w:lastRenderedPageBreak/>
              <w:t>I certify that the information in this application and any attachments is true and correct to the best of my knowledge. I understand that PNTL will rely on this information when reviewing my request for financing. I authorize PNTL to verify the information provided, including employment, income, business information, and credit history, as permitted by law and program requirements.</w:t>
            </w:r>
          </w:p>
        </w:tc>
      </w:tr>
    </w:tbl>
    <w:p w14:paraId="280C2A2B" w14:textId="77777777" w:rsidR="00526319" w:rsidRDefault="00526319">
      <w:pPr>
        <w:spacing w:after="60"/>
      </w:pPr>
    </w:p>
    <w:tbl>
      <w:tblPr>
        <w:tblW w:w="0" w:type="auto"/>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1813E829" w14:textId="77777777" w:rsidTr="00CD7CB3">
        <w:tc>
          <w:tcPr>
            <w:tcW w:w="5184" w:type="dxa"/>
            <w:shd w:val="clear" w:color="auto" w:fill="EAF8FB"/>
            <w:tcMar>
              <w:top w:w="80" w:type="dxa"/>
              <w:left w:w="110" w:type="dxa"/>
              <w:bottom w:w="80" w:type="dxa"/>
              <w:right w:w="110" w:type="dxa"/>
            </w:tcMar>
            <w:vAlign w:val="center"/>
          </w:tcPr>
          <w:p w14:paraId="75BA8B0F" w14:textId="77777777" w:rsidR="00526319" w:rsidRDefault="00E34A40">
            <w:r>
              <w:t>Applicant signature</w:t>
            </w:r>
          </w:p>
        </w:tc>
        <w:tc>
          <w:tcPr>
            <w:tcW w:w="5184" w:type="dxa"/>
            <w:tcMar>
              <w:top w:w="80" w:type="dxa"/>
              <w:left w:w="110" w:type="dxa"/>
              <w:bottom w:w="80" w:type="dxa"/>
              <w:right w:w="110" w:type="dxa"/>
            </w:tcMar>
            <w:vAlign w:val="center"/>
          </w:tcPr>
          <w:p w14:paraId="1075BDAE" w14:textId="77777777" w:rsidR="001462A3" w:rsidRDefault="001462A3"/>
          <w:p w14:paraId="0FFA802D" w14:textId="77777777" w:rsidR="00526319" w:rsidRDefault="00E34A40" w:rsidP="001462A3">
            <w:r>
              <w:t>_________________________</w:t>
            </w:r>
            <w:proofErr w:type="gramStart"/>
            <w:r>
              <w:t>_</w:t>
            </w:r>
            <w:r w:rsidR="001462A3">
              <w:t xml:space="preserve">  D</w:t>
            </w:r>
            <w:r>
              <w:t>ate</w:t>
            </w:r>
            <w:proofErr w:type="gramEnd"/>
            <w:r>
              <w:t>:_____________________</w:t>
            </w:r>
          </w:p>
        </w:tc>
      </w:tr>
      <w:tr w:rsidR="00526319" w14:paraId="6EF26290" w14:textId="77777777" w:rsidTr="00CD7CB3">
        <w:tc>
          <w:tcPr>
            <w:tcW w:w="5184" w:type="dxa"/>
            <w:shd w:val="clear" w:color="auto" w:fill="EAF8FB"/>
            <w:tcMar>
              <w:top w:w="80" w:type="dxa"/>
              <w:left w:w="110" w:type="dxa"/>
              <w:bottom w:w="80" w:type="dxa"/>
              <w:right w:w="110" w:type="dxa"/>
            </w:tcMar>
            <w:vAlign w:val="center"/>
          </w:tcPr>
          <w:p w14:paraId="4EBE2E02" w14:textId="77777777" w:rsidR="00526319" w:rsidRDefault="00E34A40">
            <w:r>
              <w:t>Printed name</w:t>
            </w:r>
          </w:p>
        </w:tc>
        <w:tc>
          <w:tcPr>
            <w:tcW w:w="5184" w:type="dxa"/>
            <w:tcMar>
              <w:top w:w="80" w:type="dxa"/>
              <w:left w:w="110" w:type="dxa"/>
              <w:bottom w:w="80" w:type="dxa"/>
              <w:right w:w="110" w:type="dxa"/>
            </w:tcMar>
            <w:vAlign w:val="center"/>
          </w:tcPr>
          <w:p w14:paraId="70F7D6A5" w14:textId="77777777" w:rsidR="00526319" w:rsidRDefault="00E34A40" w:rsidP="00E47615">
            <w:pPr>
              <w:spacing w:before="240"/>
            </w:pPr>
            <w:r>
              <w:t>_____________________________________________________</w:t>
            </w:r>
          </w:p>
        </w:tc>
      </w:tr>
      <w:tr w:rsidR="00526319" w14:paraId="69B48BAF" w14:textId="77777777" w:rsidTr="00CD7CB3">
        <w:tc>
          <w:tcPr>
            <w:tcW w:w="5184" w:type="dxa"/>
            <w:shd w:val="clear" w:color="auto" w:fill="EAF8FB"/>
            <w:tcMar>
              <w:top w:w="80" w:type="dxa"/>
              <w:left w:w="110" w:type="dxa"/>
              <w:bottom w:w="80" w:type="dxa"/>
              <w:right w:w="110" w:type="dxa"/>
            </w:tcMar>
            <w:vAlign w:val="center"/>
          </w:tcPr>
          <w:p w14:paraId="63BC1A6F" w14:textId="77777777" w:rsidR="00526319" w:rsidRDefault="00E34A40">
            <w:r>
              <w:t>Co-applicant signature (if any)</w:t>
            </w:r>
          </w:p>
        </w:tc>
        <w:tc>
          <w:tcPr>
            <w:tcW w:w="5184" w:type="dxa"/>
            <w:tcMar>
              <w:top w:w="80" w:type="dxa"/>
              <w:left w:w="110" w:type="dxa"/>
              <w:bottom w:w="80" w:type="dxa"/>
              <w:right w:w="110" w:type="dxa"/>
            </w:tcMar>
            <w:vAlign w:val="center"/>
          </w:tcPr>
          <w:p w14:paraId="424EF25C" w14:textId="77777777" w:rsidR="00526319" w:rsidRDefault="00E34A40" w:rsidP="00E47615">
            <w:pPr>
              <w:spacing w:before="240"/>
            </w:pPr>
            <w:r>
              <w:t>_____</w:t>
            </w:r>
            <w:r w:rsidR="001462A3">
              <w:t>__</w:t>
            </w:r>
            <w:r>
              <w:t>__________________</w:t>
            </w:r>
            <w:proofErr w:type="gramStart"/>
            <w:r>
              <w:t>_</w:t>
            </w:r>
            <w:r w:rsidR="001462A3">
              <w:t xml:space="preserve">  </w:t>
            </w:r>
            <w:r>
              <w:t>Date</w:t>
            </w:r>
            <w:proofErr w:type="gramEnd"/>
            <w:r>
              <w:t>: _____________________</w:t>
            </w:r>
          </w:p>
        </w:tc>
      </w:tr>
      <w:tr w:rsidR="00526319" w14:paraId="4206C1A7" w14:textId="77777777" w:rsidTr="00CD7CB3">
        <w:tc>
          <w:tcPr>
            <w:tcW w:w="5184" w:type="dxa"/>
            <w:shd w:val="clear" w:color="auto" w:fill="EAF8FB"/>
            <w:tcMar>
              <w:top w:w="80" w:type="dxa"/>
              <w:left w:w="110" w:type="dxa"/>
              <w:bottom w:w="80" w:type="dxa"/>
              <w:right w:w="110" w:type="dxa"/>
            </w:tcMar>
            <w:vAlign w:val="center"/>
          </w:tcPr>
          <w:p w14:paraId="4E5FB7BA" w14:textId="77777777" w:rsidR="00526319" w:rsidRDefault="00E34A40">
            <w:r>
              <w:t>Printed name</w:t>
            </w:r>
          </w:p>
        </w:tc>
        <w:tc>
          <w:tcPr>
            <w:tcW w:w="5184" w:type="dxa"/>
            <w:tcMar>
              <w:top w:w="80" w:type="dxa"/>
              <w:left w:w="110" w:type="dxa"/>
              <w:bottom w:w="80" w:type="dxa"/>
              <w:right w:w="110" w:type="dxa"/>
            </w:tcMar>
            <w:vAlign w:val="center"/>
          </w:tcPr>
          <w:p w14:paraId="49183DC6" w14:textId="77777777" w:rsidR="00526319" w:rsidRDefault="00E34A40" w:rsidP="00E47615">
            <w:pPr>
              <w:spacing w:before="120"/>
            </w:pPr>
            <w:r>
              <w:t>_____________________________________________________</w:t>
            </w:r>
          </w:p>
        </w:tc>
      </w:tr>
      <w:tr w:rsidR="00526319" w14:paraId="718E4184" w14:textId="77777777" w:rsidTr="00CD7CB3">
        <w:tc>
          <w:tcPr>
            <w:tcW w:w="5184" w:type="dxa"/>
            <w:shd w:val="clear" w:color="auto" w:fill="EAF8FB"/>
            <w:tcMar>
              <w:top w:w="80" w:type="dxa"/>
              <w:left w:w="110" w:type="dxa"/>
              <w:bottom w:w="80" w:type="dxa"/>
              <w:right w:w="110" w:type="dxa"/>
            </w:tcMar>
            <w:vAlign w:val="center"/>
          </w:tcPr>
          <w:p w14:paraId="183FECA7" w14:textId="77777777" w:rsidR="00526319" w:rsidRDefault="00E34A40">
            <w:r>
              <w:t>Survey participation acknowledgement</w:t>
            </w:r>
          </w:p>
        </w:tc>
        <w:tc>
          <w:tcPr>
            <w:tcW w:w="5184" w:type="dxa"/>
            <w:tcMar>
              <w:top w:w="80" w:type="dxa"/>
              <w:left w:w="110" w:type="dxa"/>
              <w:bottom w:w="80" w:type="dxa"/>
              <w:right w:w="110" w:type="dxa"/>
            </w:tcMar>
            <w:vAlign w:val="center"/>
          </w:tcPr>
          <w:p w14:paraId="676672FF" w14:textId="77777777" w:rsidR="001462A3" w:rsidRDefault="00E34A40" w:rsidP="00E47615">
            <w:pPr>
              <w:spacing w:before="120"/>
            </w:pPr>
            <w:r>
              <w:t xml:space="preserve">Applicant initials: __________   </w:t>
            </w:r>
          </w:p>
          <w:p w14:paraId="6056808B" w14:textId="77777777" w:rsidR="00526319" w:rsidRDefault="00E34A40" w:rsidP="00E47615">
            <w:pPr>
              <w:spacing w:before="120"/>
            </w:pPr>
            <w:r>
              <w:t>Co-applicant initials: __________</w:t>
            </w:r>
          </w:p>
        </w:tc>
      </w:tr>
    </w:tbl>
    <w:p w14:paraId="797449CE" w14:textId="77777777" w:rsidR="00526319" w:rsidRDefault="00526319">
      <w:pPr>
        <w:spacing w:after="80"/>
      </w:pPr>
    </w:p>
    <w:p w14:paraId="7D40508E" w14:textId="77777777" w:rsidR="00526319" w:rsidRDefault="00E34A40">
      <w:pPr>
        <w:spacing w:after="120"/>
      </w:pPr>
      <w:r>
        <w:rPr>
          <w:sz w:val="19"/>
        </w:rPr>
        <w:t>I understand that participation in required follow-up surveys may be part of the loan program.</w:t>
      </w:r>
    </w:p>
    <w:tbl>
      <w:tblPr>
        <w:tblW w:w="0" w:type="auto"/>
        <w:jc w:val="center"/>
        <w:tblBorders>
          <w:top w:val="single" w:sz="8" w:space="0" w:color="F0C544"/>
          <w:left w:val="single" w:sz="8" w:space="0" w:color="F0C544"/>
          <w:bottom w:val="single" w:sz="8" w:space="0" w:color="F0C544"/>
          <w:right w:val="single" w:sz="8" w:space="0" w:color="F0C544"/>
          <w:insideH w:val="single" w:sz="8" w:space="0" w:color="F0C544"/>
          <w:insideV w:val="single" w:sz="8" w:space="0" w:color="F0C544"/>
        </w:tblBorders>
        <w:tblLayout w:type="fixed"/>
        <w:tblLook w:val="04A0" w:firstRow="1" w:lastRow="0" w:firstColumn="1" w:lastColumn="0" w:noHBand="0" w:noVBand="1"/>
      </w:tblPr>
      <w:tblGrid>
        <w:gridCol w:w="10368"/>
      </w:tblGrid>
      <w:tr w:rsidR="00526319" w14:paraId="0D33CF1A" w14:textId="77777777">
        <w:trPr>
          <w:jc w:val="center"/>
        </w:trPr>
        <w:tc>
          <w:tcPr>
            <w:tcW w:w="10368" w:type="dxa"/>
            <w:shd w:val="clear" w:color="auto" w:fill="F0C544"/>
            <w:tcMar>
              <w:top w:w="80" w:type="dxa"/>
              <w:left w:w="110" w:type="dxa"/>
              <w:bottom w:w="80" w:type="dxa"/>
              <w:right w:w="110" w:type="dxa"/>
            </w:tcMar>
            <w:vAlign w:val="center"/>
          </w:tcPr>
          <w:p w14:paraId="275F4702" w14:textId="77777777" w:rsidR="00526319" w:rsidRDefault="00E34A40">
            <w:pPr>
              <w:spacing w:after="0" w:line="252" w:lineRule="auto"/>
            </w:pPr>
            <w:r>
              <w:rPr>
                <w:b/>
                <w:color w:val="FFFFFF"/>
                <w:sz w:val="24"/>
              </w:rPr>
              <w:t>12. Optional Government Demographic Information</w:t>
            </w:r>
          </w:p>
        </w:tc>
      </w:tr>
    </w:tbl>
    <w:p w14:paraId="179CD4D7" w14:textId="77777777" w:rsidR="00526319" w:rsidRDefault="00526319">
      <w:pPr>
        <w:spacing w:after="80"/>
      </w:pPr>
    </w:p>
    <w:p w14:paraId="769DFF03" w14:textId="77777777" w:rsidR="00526319" w:rsidRDefault="00E34A40">
      <w:pPr>
        <w:spacing w:after="100"/>
      </w:pPr>
      <w:r>
        <w:rPr>
          <w:color w:val="646464"/>
          <w:sz w:val="19"/>
        </w:rPr>
        <w:t>Providing this information is optional. It is requested for compliance reporting and is not used to discriminate in any way.</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25A6DB48" w14:textId="77777777">
        <w:trPr>
          <w:jc w:val="center"/>
        </w:trPr>
        <w:tc>
          <w:tcPr>
            <w:tcW w:w="5184" w:type="dxa"/>
            <w:shd w:val="clear" w:color="auto" w:fill="FBF4E1"/>
            <w:tcMar>
              <w:top w:w="80" w:type="dxa"/>
              <w:left w:w="110" w:type="dxa"/>
              <w:bottom w:w="80" w:type="dxa"/>
              <w:right w:w="110" w:type="dxa"/>
            </w:tcMar>
            <w:vAlign w:val="center"/>
          </w:tcPr>
          <w:p w14:paraId="264D1E29" w14:textId="77777777" w:rsidR="00526319" w:rsidRDefault="00E34A40">
            <w:r>
              <w:t>Would you like to provide demographic information?</w:t>
            </w:r>
          </w:p>
        </w:tc>
        <w:tc>
          <w:tcPr>
            <w:tcW w:w="5184" w:type="dxa"/>
            <w:tcMar>
              <w:top w:w="80" w:type="dxa"/>
              <w:left w:w="110" w:type="dxa"/>
              <w:bottom w:w="80" w:type="dxa"/>
              <w:right w:w="110" w:type="dxa"/>
            </w:tcMar>
            <w:vAlign w:val="center"/>
          </w:tcPr>
          <w:p w14:paraId="778ADF56" w14:textId="77777777" w:rsidR="00526319" w:rsidRDefault="00E34A40">
            <w:r>
              <w:t>☐ Yes    ☐ No</w:t>
            </w:r>
          </w:p>
        </w:tc>
      </w:tr>
      <w:tr w:rsidR="00526319" w14:paraId="2F90F166" w14:textId="77777777">
        <w:trPr>
          <w:jc w:val="center"/>
        </w:trPr>
        <w:tc>
          <w:tcPr>
            <w:tcW w:w="5184" w:type="dxa"/>
            <w:shd w:val="clear" w:color="auto" w:fill="FBF4E1"/>
            <w:tcMar>
              <w:top w:w="80" w:type="dxa"/>
              <w:left w:w="110" w:type="dxa"/>
              <w:bottom w:w="80" w:type="dxa"/>
              <w:right w:w="110" w:type="dxa"/>
            </w:tcMar>
            <w:vAlign w:val="center"/>
          </w:tcPr>
          <w:p w14:paraId="0D372882" w14:textId="77777777" w:rsidR="00526319" w:rsidRDefault="00E34A40">
            <w:r>
              <w:t>Gender</w:t>
            </w:r>
          </w:p>
        </w:tc>
        <w:tc>
          <w:tcPr>
            <w:tcW w:w="5184" w:type="dxa"/>
            <w:tcMar>
              <w:top w:w="80" w:type="dxa"/>
              <w:left w:w="110" w:type="dxa"/>
              <w:bottom w:w="80" w:type="dxa"/>
              <w:right w:w="110" w:type="dxa"/>
            </w:tcMar>
            <w:vAlign w:val="center"/>
          </w:tcPr>
          <w:p w14:paraId="1819C46B" w14:textId="77777777" w:rsidR="00526319" w:rsidRDefault="00E34A40">
            <w:r>
              <w:t xml:space="preserve">☐ Male    ☐ Female    ☐ </w:t>
            </w:r>
            <w:proofErr w:type="gramStart"/>
            <w:r>
              <w:t>Non-binary</w:t>
            </w:r>
            <w:proofErr w:type="gramEnd"/>
            <w:r>
              <w:t xml:space="preserve"> / another identity    ☐ Prefer not to answer</w:t>
            </w:r>
          </w:p>
        </w:tc>
      </w:tr>
      <w:tr w:rsidR="00526319" w14:paraId="734ED82D" w14:textId="77777777">
        <w:trPr>
          <w:jc w:val="center"/>
        </w:trPr>
        <w:tc>
          <w:tcPr>
            <w:tcW w:w="5184" w:type="dxa"/>
            <w:shd w:val="clear" w:color="auto" w:fill="FBF4E1"/>
            <w:tcMar>
              <w:top w:w="80" w:type="dxa"/>
              <w:left w:w="110" w:type="dxa"/>
              <w:bottom w:w="80" w:type="dxa"/>
              <w:right w:w="110" w:type="dxa"/>
            </w:tcMar>
            <w:vAlign w:val="center"/>
          </w:tcPr>
          <w:p w14:paraId="66899631" w14:textId="77777777" w:rsidR="00526319" w:rsidRDefault="00E34A40">
            <w:r>
              <w:t>Ethnicity</w:t>
            </w:r>
          </w:p>
        </w:tc>
        <w:tc>
          <w:tcPr>
            <w:tcW w:w="5184" w:type="dxa"/>
            <w:tcMar>
              <w:top w:w="80" w:type="dxa"/>
              <w:left w:w="110" w:type="dxa"/>
              <w:bottom w:w="80" w:type="dxa"/>
              <w:right w:w="110" w:type="dxa"/>
            </w:tcMar>
            <w:vAlign w:val="center"/>
          </w:tcPr>
          <w:p w14:paraId="4753C239" w14:textId="77777777" w:rsidR="00526319" w:rsidRDefault="00E34A40">
            <w:r>
              <w:t>☐ Hispanic / Latino    ☐ Not Hispanic / Latino    ☐ Prefer not to answer</w:t>
            </w:r>
          </w:p>
        </w:tc>
      </w:tr>
      <w:tr w:rsidR="00526319" w14:paraId="19A532F9" w14:textId="77777777">
        <w:trPr>
          <w:jc w:val="center"/>
        </w:trPr>
        <w:tc>
          <w:tcPr>
            <w:tcW w:w="5184" w:type="dxa"/>
            <w:shd w:val="clear" w:color="auto" w:fill="FBF4E1"/>
            <w:tcMar>
              <w:top w:w="80" w:type="dxa"/>
              <w:left w:w="110" w:type="dxa"/>
              <w:bottom w:w="80" w:type="dxa"/>
              <w:right w:w="110" w:type="dxa"/>
            </w:tcMar>
            <w:vAlign w:val="center"/>
          </w:tcPr>
          <w:p w14:paraId="32C81D86" w14:textId="77777777" w:rsidR="00526319" w:rsidRDefault="00E34A40">
            <w:r>
              <w:t>Race (check all that apply)</w:t>
            </w:r>
          </w:p>
        </w:tc>
        <w:tc>
          <w:tcPr>
            <w:tcW w:w="5184" w:type="dxa"/>
            <w:tcMar>
              <w:top w:w="80" w:type="dxa"/>
              <w:left w:w="110" w:type="dxa"/>
              <w:bottom w:w="80" w:type="dxa"/>
              <w:right w:w="110" w:type="dxa"/>
            </w:tcMar>
            <w:vAlign w:val="center"/>
          </w:tcPr>
          <w:p w14:paraId="42217C2A" w14:textId="77777777" w:rsidR="00526319" w:rsidRDefault="00E34A40">
            <w:r>
              <w:t>☐ American Indian / Alaska Native    ☐ Asian    ☐ Black / African American</w:t>
            </w:r>
            <w:r>
              <w:br/>
              <w:t>☐ Native Hawaiian / Pacific Islander    ☐ White    ☐ Other: __________________</w:t>
            </w:r>
          </w:p>
        </w:tc>
      </w:tr>
      <w:tr w:rsidR="00526319" w14:paraId="5AD18E4E" w14:textId="77777777">
        <w:trPr>
          <w:jc w:val="center"/>
        </w:trPr>
        <w:tc>
          <w:tcPr>
            <w:tcW w:w="5184" w:type="dxa"/>
            <w:shd w:val="clear" w:color="auto" w:fill="FBF4E1"/>
            <w:tcMar>
              <w:top w:w="80" w:type="dxa"/>
              <w:left w:w="110" w:type="dxa"/>
              <w:bottom w:w="80" w:type="dxa"/>
              <w:right w:w="110" w:type="dxa"/>
            </w:tcMar>
            <w:vAlign w:val="center"/>
          </w:tcPr>
          <w:p w14:paraId="71A13A85" w14:textId="77777777" w:rsidR="00526319" w:rsidRDefault="00E34A40">
            <w:r>
              <w:t>Information provided by</w:t>
            </w:r>
          </w:p>
        </w:tc>
        <w:tc>
          <w:tcPr>
            <w:tcW w:w="5184" w:type="dxa"/>
            <w:tcMar>
              <w:top w:w="80" w:type="dxa"/>
              <w:left w:w="110" w:type="dxa"/>
              <w:bottom w:w="80" w:type="dxa"/>
              <w:right w:w="110" w:type="dxa"/>
            </w:tcMar>
            <w:vAlign w:val="center"/>
          </w:tcPr>
          <w:p w14:paraId="514EE5C5" w14:textId="77777777" w:rsidR="00526319" w:rsidRDefault="00E34A40">
            <w:r>
              <w:t>☐ Applicant    ☐ Co-applicant    ☐ PNTL staff</w:t>
            </w:r>
          </w:p>
        </w:tc>
      </w:tr>
    </w:tbl>
    <w:p w14:paraId="344D3B13" w14:textId="77777777" w:rsidR="00526319" w:rsidRDefault="00526319">
      <w:pPr>
        <w:spacing w:after="80"/>
      </w:pPr>
    </w:p>
    <w:p w14:paraId="27F58305" w14:textId="77777777" w:rsidR="00CD7CB3" w:rsidRDefault="00CD7CB3">
      <w:pPr>
        <w:spacing w:after="60"/>
        <w:rPr>
          <w:b/>
          <w:sz w:val="21"/>
        </w:rPr>
      </w:pPr>
    </w:p>
    <w:p w14:paraId="11E02198" w14:textId="409825F8" w:rsidR="00526319" w:rsidRDefault="00E34A40">
      <w:pPr>
        <w:spacing w:after="60"/>
      </w:pPr>
      <w:r>
        <w:rPr>
          <w:b/>
          <w:sz w:val="21"/>
        </w:rPr>
        <w:lastRenderedPageBreak/>
        <w:t>For PNTL internal use only</w:t>
      </w:r>
    </w:p>
    <w:tbl>
      <w:tblPr>
        <w:tblW w:w="0" w:type="auto"/>
        <w:jc w:val="center"/>
        <w:tblBorders>
          <w:top w:val="single" w:sz="8" w:space="0" w:color="B8CBD3"/>
          <w:left w:val="single" w:sz="8" w:space="0" w:color="B8CBD3"/>
          <w:bottom w:val="single" w:sz="8" w:space="0" w:color="B8CBD3"/>
          <w:right w:val="single" w:sz="8" w:space="0" w:color="B8CBD3"/>
          <w:insideH w:val="single" w:sz="8" w:space="0" w:color="B8CBD3"/>
          <w:insideV w:val="single" w:sz="8" w:space="0" w:color="B8CBD3"/>
        </w:tblBorders>
        <w:tblLayout w:type="fixed"/>
        <w:tblLook w:val="04A0" w:firstRow="1" w:lastRow="0" w:firstColumn="1" w:lastColumn="0" w:noHBand="0" w:noVBand="1"/>
      </w:tblPr>
      <w:tblGrid>
        <w:gridCol w:w="5184"/>
        <w:gridCol w:w="5184"/>
      </w:tblGrid>
      <w:tr w:rsidR="00526319" w14:paraId="7AEBB3E7" w14:textId="77777777">
        <w:trPr>
          <w:jc w:val="center"/>
        </w:trPr>
        <w:tc>
          <w:tcPr>
            <w:tcW w:w="5184" w:type="dxa"/>
            <w:shd w:val="clear" w:color="auto" w:fill="F6F7F8"/>
            <w:tcMar>
              <w:top w:w="80" w:type="dxa"/>
              <w:left w:w="110" w:type="dxa"/>
              <w:bottom w:w="80" w:type="dxa"/>
              <w:right w:w="110" w:type="dxa"/>
            </w:tcMar>
            <w:vAlign w:val="center"/>
          </w:tcPr>
          <w:p w14:paraId="5E7587F4" w14:textId="77777777" w:rsidR="00526319" w:rsidRDefault="00E34A40">
            <w:r>
              <w:t>Application received date</w:t>
            </w:r>
          </w:p>
        </w:tc>
        <w:tc>
          <w:tcPr>
            <w:tcW w:w="5184" w:type="dxa"/>
            <w:tcMar>
              <w:top w:w="80" w:type="dxa"/>
              <w:left w:w="110" w:type="dxa"/>
              <w:bottom w:w="80" w:type="dxa"/>
              <w:right w:w="110" w:type="dxa"/>
            </w:tcMar>
            <w:vAlign w:val="center"/>
          </w:tcPr>
          <w:p w14:paraId="5DED7D45" w14:textId="77777777" w:rsidR="00526319" w:rsidRDefault="00E34A40" w:rsidP="00CD7CB3">
            <w:pPr>
              <w:spacing w:before="120"/>
            </w:pPr>
            <w:r>
              <w:t>______________________________</w:t>
            </w:r>
          </w:p>
        </w:tc>
      </w:tr>
      <w:tr w:rsidR="00526319" w14:paraId="7FB0135C" w14:textId="77777777">
        <w:trPr>
          <w:jc w:val="center"/>
        </w:trPr>
        <w:tc>
          <w:tcPr>
            <w:tcW w:w="5184" w:type="dxa"/>
            <w:shd w:val="clear" w:color="auto" w:fill="F6F7F8"/>
            <w:tcMar>
              <w:top w:w="80" w:type="dxa"/>
              <w:left w:w="110" w:type="dxa"/>
              <w:bottom w:w="80" w:type="dxa"/>
              <w:right w:w="110" w:type="dxa"/>
            </w:tcMar>
            <w:vAlign w:val="center"/>
          </w:tcPr>
          <w:p w14:paraId="3F619E14" w14:textId="77777777" w:rsidR="00526319" w:rsidRDefault="00E34A40">
            <w:r>
              <w:t>Staff reviewer</w:t>
            </w:r>
          </w:p>
        </w:tc>
        <w:tc>
          <w:tcPr>
            <w:tcW w:w="5184" w:type="dxa"/>
            <w:tcMar>
              <w:top w:w="80" w:type="dxa"/>
              <w:left w:w="110" w:type="dxa"/>
              <w:bottom w:w="80" w:type="dxa"/>
              <w:right w:w="110" w:type="dxa"/>
            </w:tcMar>
            <w:vAlign w:val="center"/>
          </w:tcPr>
          <w:p w14:paraId="1EFA342B" w14:textId="77777777" w:rsidR="00526319" w:rsidRDefault="00E34A40" w:rsidP="00CD7CB3">
            <w:pPr>
              <w:spacing w:before="120"/>
            </w:pPr>
            <w:r>
              <w:t>______________________________</w:t>
            </w:r>
          </w:p>
        </w:tc>
      </w:tr>
      <w:tr w:rsidR="00526319" w14:paraId="4B2DBCBD" w14:textId="77777777">
        <w:trPr>
          <w:jc w:val="center"/>
        </w:trPr>
        <w:tc>
          <w:tcPr>
            <w:tcW w:w="5184" w:type="dxa"/>
            <w:shd w:val="clear" w:color="auto" w:fill="F6F7F8"/>
            <w:tcMar>
              <w:top w:w="80" w:type="dxa"/>
              <w:left w:w="110" w:type="dxa"/>
              <w:bottom w:w="80" w:type="dxa"/>
              <w:right w:w="110" w:type="dxa"/>
            </w:tcMar>
            <w:vAlign w:val="center"/>
          </w:tcPr>
          <w:p w14:paraId="20E3A40A" w14:textId="77777777" w:rsidR="00526319" w:rsidRDefault="00E34A40">
            <w:r>
              <w:t>Application completeness status</w:t>
            </w:r>
          </w:p>
        </w:tc>
        <w:tc>
          <w:tcPr>
            <w:tcW w:w="5184" w:type="dxa"/>
            <w:tcMar>
              <w:top w:w="80" w:type="dxa"/>
              <w:left w:w="110" w:type="dxa"/>
              <w:bottom w:w="80" w:type="dxa"/>
              <w:right w:w="110" w:type="dxa"/>
            </w:tcMar>
            <w:vAlign w:val="center"/>
          </w:tcPr>
          <w:p w14:paraId="5818D199" w14:textId="77777777" w:rsidR="00526319" w:rsidRDefault="00E34A40" w:rsidP="00CD7CB3">
            <w:pPr>
              <w:spacing w:before="120"/>
            </w:pPr>
            <w:r>
              <w:t>☐ Complete    ☐ Incomplete    ☐ Additional information requested</w:t>
            </w:r>
          </w:p>
        </w:tc>
      </w:tr>
      <w:tr w:rsidR="00526319" w14:paraId="3620E838" w14:textId="77777777">
        <w:trPr>
          <w:jc w:val="center"/>
        </w:trPr>
        <w:tc>
          <w:tcPr>
            <w:tcW w:w="5184" w:type="dxa"/>
            <w:shd w:val="clear" w:color="auto" w:fill="F6F7F8"/>
            <w:tcMar>
              <w:top w:w="80" w:type="dxa"/>
              <w:left w:w="110" w:type="dxa"/>
              <w:bottom w:w="80" w:type="dxa"/>
              <w:right w:w="110" w:type="dxa"/>
            </w:tcMar>
            <w:vAlign w:val="center"/>
          </w:tcPr>
          <w:p w14:paraId="34AE768D" w14:textId="77777777" w:rsidR="00526319" w:rsidRDefault="00E34A40">
            <w:r>
              <w:t>Notes</w:t>
            </w:r>
          </w:p>
        </w:tc>
        <w:tc>
          <w:tcPr>
            <w:tcW w:w="5184" w:type="dxa"/>
            <w:tcMar>
              <w:top w:w="80" w:type="dxa"/>
              <w:left w:w="110" w:type="dxa"/>
              <w:bottom w:w="80" w:type="dxa"/>
              <w:right w:w="110" w:type="dxa"/>
            </w:tcMar>
            <w:vAlign w:val="center"/>
          </w:tcPr>
          <w:p w14:paraId="2406DB89" w14:textId="63750334" w:rsidR="00526319" w:rsidRDefault="00E34A40" w:rsidP="00CD7CB3">
            <w:pPr>
              <w:spacing w:before="120"/>
            </w:pPr>
            <w:r>
              <w:t>______________________________________________________________</w:t>
            </w:r>
            <w:r w:rsidR="00E47615">
              <w:t>____________________________________________</w:t>
            </w:r>
          </w:p>
        </w:tc>
      </w:tr>
    </w:tbl>
    <w:p w14:paraId="277970D4" w14:textId="77777777" w:rsidR="00526319" w:rsidRDefault="00526319">
      <w:pPr>
        <w:spacing w:after="80"/>
      </w:pPr>
    </w:p>
    <w:p w14:paraId="78EA4F9A" w14:textId="77777777" w:rsidR="00526319" w:rsidRDefault="00E34A40">
      <w:pPr>
        <w:spacing w:after="20"/>
        <w:jc w:val="center"/>
      </w:pPr>
      <w:r>
        <w:rPr>
          <w:b/>
          <w:sz w:val="21"/>
        </w:rPr>
        <w:t>Mission Statement</w:t>
      </w:r>
    </w:p>
    <w:p w14:paraId="4FFCB7F0" w14:textId="77777777" w:rsidR="00526319" w:rsidRDefault="00E34A40">
      <w:pPr>
        <w:spacing w:after="0"/>
        <w:jc w:val="center"/>
      </w:pPr>
      <w:r>
        <w:rPr>
          <w:sz w:val="19"/>
        </w:rPr>
        <w:t>To provide access to education, financing, and asset growth to improve prosperity and well-being of Native American families.</w:t>
      </w:r>
    </w:p>
    <w:sectPr w:rsidR="00526319" w:rsidSect="00034616">
      <w:footerReference w:type="default" r:id="rId12"/>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F7669" w14:textId="77777777" w:rsidR="00332937" w:rsidRDefault="00332937">
      <w:pPr>
        <w:spacing w:after="0" w:line="240" w:lineRule="auto"/>
      </w:pPr>
      <w:r>
        <w:separator/>
      </w:r>
    </w:p>
  </w:endnote>
  <w:endnote w:type="continuationSeparator" w:id="0">
    <w:p w14:paraId="0A0430B6" w14:textId="77777777" w:rsidR="00332937" w:rsidRDefault="00332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050859"/>
      <w:docPartObj>
        <w:docPartGallery w:val="Page Numbers (Bottom of Page)"/>
        <w:docPartUnique/>
      </w:docPartObj>
    </w:sdtPr>
    <w:sdtEndPr>
      <w:rPr>
        <w:noProof/>
      </w:rPr>
    </w:sdtEndPr>
    <w:sdtContent>
      <w:p w14:paraId="3593B9BF" w14:textId="6A5C4588" w:rsidR="00E47615" w:rsidRDefault="00E476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4EF78" w14:textId="11A9AE63" w:rsidR="00526319" w:rsidRDefault="005263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FF649" w14:textId="77777777" w:rsidR="00332937" w:rsidRDefault="00332937">
      <w:pPr>
        <w:spacing w:after="0" w:line="240" w:lineRule="auto"/>
      </w:pPr>
      <w:r>
        <w:separator/>
      </w:r>
    </w:p>
  </w:footnote>
  <w:footnote w:type="continuationSeparator" w:id="0">
    <w:p w14:paraId="43FF8272" w14:textId="77777777" w:rsidR="00332937" w:rsidRDefault="00332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3E47979"/>
    <w:multiLevelType w:val="hybridMultilevel"/>
    <w:tmpl w:val="687E4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6536105">
    <w:abstractNumId w:val="8"/>
  </w:num>
  <w:num w:numId="2" w16cid:durableId="1240486175">
    <w:abstractNumId w:val="6"/>
  </w:num>
  <w:num w:numId="3" w16cid:durableId="1060327847">
    <w:abstractNumId w:val="5"/>
  </w:num>
  <w:num w:numId="4" w16cid:durableId="990913740">
    <w:abstractNumId w:val="4"/>
  </w:num>
  <w:num w:numId="5" w16cid:durableId="145125400">
    <w:abstractNumId w:val="7"/>
  </w:num>
  <w:num w:numId="6" w16cid:durableId="1737043720">
    <w:abstractNumId w:val="3"/>
  </w:num>
  <w:num w:numId="7" w16cid:durableId="341859648">
    <w:abstractNumId w:val="2"/>
  </w:num>
  <w:num w:numId="8" w16cid:durableId="1850950582">
    <w:abstractNumId w:val="1"/>
  </w:num>
  <w:num w:numId="9" w16cid:durableId="1054427895">
    <w:abstractNumId w:val="0"/>
  </w:num>
  <w:num w:numId="10" w16cid:durableId="1782804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52E"/>
    <w:rsid w:val="00034616"/>
    <w:rsid w:val="0006063C"/>
    <w:rsid w:val="000D3EA6"/>
    <w:rsid w:val="001462A3"/>
    <w:rsid w:val="0015074B"/>
    <w:rsid w:val="001725BC"/>
    <w:rsid w:val="00181B64"/>
    <w:rsid w:val="001F22D3"/>
    <w:rsid w:val="00205858"/>
    <w:rsid w:val="0028126C"/>
    <w:rsid w:val="00291D55"/>
    <w:rsid w:val="0029639D"/>
    <w:rsid w:val="003132FF"/>
    <w:rsid w:val="00326F90"/>
    <w:rsid w:val="00332937"/>
    <w:rsid w:val="003879FA"/>
    <w:rsid w:val="003A6519"/>
    <w:rsid w:val="003B1EE6"/>
    <w:rsid w:val="00487D29"/>
    <w:rsid w:val="00504918"/>
    <w:rsid w:val="00526319"/>
    <w:rsid w:val="00566C48"/>
    <w:rsid w:val="007556C1"/>
    <w:rsid w:val="0076283B"/>
    <w:rsid w:val="007744F4"/>
    <w:rsid w:val="007B4B3C"/>
    <w:rsid w:val="00843D06"/>
    <w:rsid w:val="008D1B5C"/>
    <w:rsid w:val="00937738"/>
    <w:rsid w:val="009812AB"/>
    <w:rsid w:val="00996521"/>
    <w:rsid w:val="009C5AF8"/>
    <w:rsid w:val="009E0BBC"/>
    <w:rsid w:val="00A415DF"/>
    <w:rsid w:val="00A42283"/>
    <w:rsid w:val="00A42BC3"/>
    <w:rsid w:val="00A5699A"/>
    <w:rsid w:val="00A97784"/>
    <w:rsid w:val="00AA1D8D"/>
    <w:rsid w:val="00B12E97"/>
    <w:rsid w:val="00B47730"/>
    <w:rsid w:val="00B5301D"/>
    <w:rsid w:val="00B91AE1"/>
    <w:rsid w:val="00BB3BCF"/>
    <w:rsid w:val="00BB4512"/>
    <w:rsid w:val="00BE5849"/>
    <w:rsid w:val="00C12305"/>
    <w:rsid w:val="00C50282"/>
    <w:rsid w:val="00CB0664"/>
    <w:rsid w:val="00CD7CB3"/>
    <w:rsid w:val="00CE0C66"/>
    <w:rsid w:val="00D50D95"/>
    <w:rsid w:val="00DA15B0"/>
    <w:rsid w:val="00DD0E30"/>
    <w:rsid w:val="00E34A40"/>
    <w:rsid w:val="00E47615"/>
    <w:rsid w:val="00E6401E"/>
    <w:rsid w:val="00E767E3"/>
    <w:rsid w:val="00ED5334"/>
    <w:rsid w:val="00EE5177"/>
    <w:rsid w:val="00F512E0"/>
    <w:rsid w:val="00FC18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BFF5CB"/>
  <w14:defaultImageDpi w14:val="300"/>
  <w15:docId w15:val="{7646DF66-380B-4B35-B028-E27A8A0B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141414"/>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51C45B1E26634CB36EDA14FA214EDB" ma:contentTypeVersion="11" ma:contentTypeDescription="Create a new document." ma:contentTypeScope="" ma:versionID="900412b634b1ba6d77f70abb7b1c34cc">
  <xsd:schema xmlns:xsd="http://www.w3.org/2001/XMLSchema" xmlns:xs="http://www.w3.org/2001/XMLSchema" xmlns:p="http://schemas.microsoft.com/office/2006/metadata/properties" xmlns:ns2="18d0945c-cbf4-4832-925c-1dd884d64b70" xmlns:ns3="c89a450c-d966-4206-b046-c12d3578192e" targetNamespace="http://schemas.microsoft.com/office/2006/metadata/properties" ma:root="true" ma:fieldsID="ee848b26351047bfdd3dac0d3bf1b237" ns2:_="" ns3:_="">
    <xsd:import namespace="18d0945c-cbf4-4832-925c-1dd884d64b70"/>
    <xsd:import namespace="c89a450c-d966-4206-b046-c12d357819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0945c-cbf4-4832-925c-1dd884d64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d5697b-87ae-4bce-ad63-e1f0964097ce"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a450c-d966-4206-b046-c12d357819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49a664-1ea1-466c-9114-7ae562254b6c}" ma:internalName="TaxCatchAll" ma:showField="CatchAllData" ma:web="c89a450c-d966-4206-b046-c12d357819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89a450c-d966-4206-b046-c12d3578192e" xsi:nil="true"/>
    <lcf76f155ced4ddcb4097134ff3c332f xmlns="18d0945c-cbf4-4832-925c-1dd884d64b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7BC509-275D-4E64-8917-CFAE45316F25}">
  <ds:schemaRefs>
    <ds:schemaRef ds:uri="http://schemas.microsoft.com/sharepoint/v3/contenttype/forms"/>
  </ds:schemaRefs>
</ds:datastoreItem>
</file>

<file path=customXml/itemProps2.xml><?xml version="1.0" encoding="utf-8"?>
<ds:datastoreItem xmlns:ds="http://schemas.openxmlformats.org/officeDocument/2006/customXml" ds:itemID="{E867EE7E-1D6C-41FB-8181-D51E556A5BBB}"/>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1B3DF650-E794-4D1E-9F36-6C3A747EDE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Wade Stringfield</cp:lastModifiedBy>
  <cp:revision>25</cp:revision>
  <dcterms:created xsi:type="dcterms:W3CDTF">2026-04-29T00:18:00Z</dcterms:created>
  <dcterms:modified xsi:type="dcterms:W3CDTF">2026-05-13T21:38:00Z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0x0101007451C45B1E26634CB36EDA14FA214EDB</vt:lpwstr>
  </property>
  <property fmtid="{D5CDD505-2E9C-101B-9397-08002B2CF9AE}" pid="3" name="MediaServiceImageTags">
    <vt:lpwstr/>
  </property>
</Properties>
</file>